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6FA72" w14:textId="77777777" w:rsidR="00BD45C1" w:rsidRDefault="00905049">
      <w:pPr>
        <w:jc w:val="center"/>
      </w:pPr>
      <w:r>
        <w:rPr>
          <w:b/>
          <w:sz w:val="24"/>
        </w:rPr>
        <w:t>ОБЩИНА БЕЛЕНЕ, ОБЛАСТ ПЛЕВЕН</w:t>
      </w:r>
    </w:p>
    <w:p w14:paraId="0402E3B9" w14:textId="77777777" w:rsidR="00BD45C1" w:rsidRDefault="00905049">
      <w:pPr>
        <w:spacing w:after="40"/>
        <w:jc w:val="center"/>
      </w:pPr>
      <w:r>
        <w:rPr>
          <w:b/>
          <w:sz w:val="30"/>
        </w:rPr>
        <w:t>О Б Я В Л Е Н И Е</w:t>
      </w:r>
    </w:p>
    <w:p w14:paraId="7DE6F0DE" w14:textId="77777777" w:rsidR="00BD45C1" w:rsidRDefault="00905049" w:rsidP="007F035B">
      <w:pPr>
        <w:jc w:val="center"/>
      </w:pPr>
      <w:r>
        <w:rPr>
          <w:b/>
        </w:rPr>
        <w:t>ПО РЕДА НА ЧЛ. 26, АЛ. 2 ОТ ЗАКОНА ЗА НОРМАТИВНИТЕ АКТОВЕ</w:t>
      </w:r>
    </w:p>
    <w:p w14:paraId="1FB36B7D" w14:textId="079563CB" w:rsidR="00BD45C1" w:rsidRDefault="00905049" w:rsidP="007F035B">
      <w:pPr>
        <w:spacing w:after="120"/>
        <w:ind w:firstLine="709"/>
        <w:jc w:val="both"/>
      </w:pPr>
      <w:proofErr w:type="spellStart"/>
      <w:r>
        <w:t>Община</w:t>
      </w:r>
      <w:proofErr w:type="spellEnd"/>
      <w:r>
        <w:t xml:space="preserve"> </w:t>
      </w:r>
      <w:proofErr w:type="spellStart"/>
      <w:r>
        <w:t>Белене</w:t>
      </w:r>
      <w:proofErr w:type="spellEnd"/>
      <w:r>
        <w:t xml:space="preserve">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 </w:t>
      </w:r>
      <w:proofErr w:type="spellStart"/>
      <w:r>
        <w:t>страницата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общината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bookmarkStart w:id="0" w:name="_GoBack"/>
      <w:proofErr w:type="spellStart"/>
      <w:r>
        <w:t>Портала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обществени</w:t>
      </w:r>
      <w:proofErr w:type="spellEnd"/>
      <w:r>
        <w:t xml:space="preserve"> </w:t>
      </w:r>
      <w:proofErr w:type="spellStart"/>
      <w:r>
        <w:t>консултации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Министерския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bookmarkEnd w:id="0"/>
      <w:r>
        <w:t xml:space="preserve">е </w:t>
      </w:r>
      <w:proofErr w:type="spellStart"/>
      <w:r>
        <w:t>публикуван</w:t>
      </w:r>
      <w:proofErr w:type="spellEnd"/>
      <w:r>
        <w:t xml:space="preserve"> </w:t>
      </w:r>
      <w:proofErr w:type="spellStart"/>
      <w:r>
        <w:t>проект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 w:rsidR="000254D9">
        <w:rPr>
          <w:lang w:val="bg-BG"/>
        </w:rPr>
        <w:t>Актуализация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Годишната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разпореждане</w:t>
      </w:r>
      <w:proofErr w:type="spellEnd"/>
      <w:r>
        <w:t xml:space="preserve"> с </w:t>
      </w:r>
      <w:proofErr w:type="spellStart"/>
      <w:r>
        <w:t>имоти</w:t>
      </w:r>
      <w:proofErr w:type="spellEnd"/>
      <w:r>
        <w:t xml:space="preserve"> – </w:t>
      </w:r>
      <w:proofErr w:type="spellStart"/>
      <w:r>
        <w:t>общинска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2026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приета</w:t>
      </w:r>
      <w:proofErr w:type="spellEnd"/>
      <w:r>
        <w:t xml:space="preserve"> с </w:t>
      </w:r>
      <w:proofErr w:type="spellStart"/>
      <w:r>
        <w:t>Решение</w:t>
      </w:r>
      <w:proofErr w:type="spellEnd"/>
      <w:r>
        <w:t xml:space="preserve"> № 6/29.01.2026 г.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– </w:t>
      </w:r>
      <w:proofErr w:type="spellStart"/>
      <w:r>
        <w:t>Белене</w:t>
      </w:r>
      <w:proofErr w:type="spellEnd"/>
      <w:r w:rsidR="008D1745">
        <w:rPr>
          <w:lang w:val="bg-BG"/>
        </w:rPr>
        <w:t>.</w:t>
      </w:r>
      <w:r>
        <w:t xml:space="preserve"> </w:t>
      </w:r>
    </w:p>
    <w:p w14:paraId="412F512F" w14:textId="6F2B3F9D" w:rsidR="00BD45C1" w:rsidRDefault="00905049" w:rsidP="007F035B">
      <w:pPr>
        <w:spacing w:after="120"/>
        <w:ind w:firstLine="709"/>
        <w:jc w:val="both"/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26, </w:t>
      </w:r>
      <w:proofErr w:type="spellStart"/>
      <w:r>
        <w:t>ал</w:t>
      </w:r>
      <w:proofErr w:type="spellEnd"/>
      <w:r>
        <w:t xml:space="preserve">. 2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нормативните</w:t>
      </w:r>
      <w:proofErr w:type="spellEnd"/>
      <w:r>
        <w:t xml:space="preserve"> </w:t>
      </w:r>
      <w:proofErr w:type="spellStart"/>
      <w:r>
        <w:t>актове</w:t>
      </w:r>
      <w:proofErr w:type="spellEnd"/>
      <w:r>
        <w:t xml:space="preserve"> (ЗНА),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чл</w:t>
      </w:r>
      <w:proofErr w:type="spellEnd"/>
      <w:r>
        <w:t xml:space="preserve">. 77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Административнопроцесуалния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t xml:space="preserve"> (АПК),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подават</w:t>
      </w:r>
      <w:proofErr w:type="spellEnd"/>
      <w:r>
        <w:t xml:space="preserve"> </w:t>
      </w:r>
      <w:proofErr w:type="spellStart"/>
      <w:r>
        <w:t>предложения</w:t>
      </w:r>
      <w:proofErr w:type="spellEnd"/>
      <w:r>
        <w:t xml:space="preserve"> и </w:t>
      </w:r>
      <w:proofErr w:type="spellStart"/>
      <w:r>
        <w:t>становища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 в 30-дневен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публикуването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настоящото</w:t>
      </w:r>
      <w:proofErr w:type="spellEnd"/>
      <w:r>
        <w:t xml:space="preserve"> </w:t>
      </w:r>
      <w:proofErr w:type="spellStart"/>
      <w:r>
        <w:t>обявление</w:t>
      </w:r>
      <w:proofErr w:type="spellEnd"/>
      <w:r>
        <w:t xml:space="preserve"> и </w:t>
      </w:r>
      <w:proofErr w:type="spellStart"/>
      <w:r>
        <w:t>проекта</w:t>
      </w:r>
      <w:proofErr w:type="spellEnd"/>
      <w:r>
        <w:t xml:space="preserve">. </w:t>
      </w:r>
      <w:proofErr w:type="spellStart"/>
      <w:r>
        <w:t>Предложенията</w:t>
      </w:r>
      <w:proofErr w:type="spellEnd"/>
      <w:r>
        <w:t xml:space="preserve"> и </w:t>
      </w:r>
      <w:proofErr w:type="spellStart"/>
      <w:r>
        <w:t>становищата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депозирани</w:t>
      </w:r>
      <w:proofErr w:type="spellEnd"/>
      <w:r>
        <w:t xml:space="preserve"> в </w:t>
      </w:r>
      <w:proofErr w:type="spellStart"/>
      <w:r>
        <w:t>деловодството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Белене</w:t>
      </w:r>
      <w:proofErr w:type="spellEnd"/>
      <w:r>
        <w:t xml:space="preserve"> – </w:t>
      </w:r>
      <w:proofErr w:type="spellStart"/>
      <w:r>
        <w:t>гр</w:t>
      </w:r>
      <w:proofErr w:type="spellEnd"/>
      <w:r>
        <w:t xml:space="preserve">. </w:t>
      </w:r>
      <w:proofErr w:type="spellStart"/>
      <w:r>
        <w:t>Белене</w:t>
      </w:r>
      <w:proofErr w:type="spellEnd"/>
      <w:r>
        <w:t xml:space="preserve">, </w:t>
      </w:r>
      <w:proofErr w:type="spellStart"/>
      <w:r>
        <w:t>ул</w:t>
      </w:r>
      <w:proofErr w:type="spellEnd"/>
      <w:r>
        <w:t>. „</w:t>
      </w:r>
      <w:proofErr w:type="spellStart"/>
      <w:proofErr w:type="gramStart"/>
      <w:r>
        <w:t>България</w:t>
      </w:r>
      <w:proofErr w:type="spellEnd"/>
      <w:r>
        <w:t>“ №</w:t>
      </w:r>
      <w:proofErr w:type="gramEnd"/>
      <w:r>
        <w:t xml:space="preserve"> 35,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електронните</w:t>
      </w:r>
      <w:proofErr w:type="spellEnd"/>
      <w:r>
        <w:t xml:space="preserve"> </w:t>
      </w:r>
      <w:proofErr w:type="spellStart"/>
      <w:r>
        <w:t>адреси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общината</w:t>
      </w:r>
      <w:proofErr w:type="spellEnd"/>
      <w:r w:rsidR="00B95E8E">
        <w:rPr>
          <w:lang w:val="bg-BG"/>
        </w:rPr>
        <w:t>:</w:t>
      </w:r>
      <w:r w:rsidR="00A76CC8">
        <w:t xml:space="preserve"> obshtinabl@abv.bg</w:t>
      </w:r>
      <w:r>
        <w:t>.</w:t>
      </w:r>
    </w:p>
    <w:p w14:paraId="4F4A4972" w14:textId="41C6EBB6" w:rsidR="00BD45C1" w:rsidRDefault="00905049" w:rsidP="007F035B">
      <w:pPr>
        <w:spacing w:after="120"/>
        <w:ind w:firstLine="709"/>
        <w:jc w:val="both"/>
      </w:pPr>
      <w:r>
        <w:t xml:space="preserve">С </w:t>
      </w:r>
      <w:proofErr w:type="spellStart"/>
      <w:r>
        <w:t>предлагания</w:t>
      </w:r>
      <w:proofErr w:type="spellEnd"/>
      <w:r>
        <w:t xml:space="preserve"> </w:t>
      </w:r>
      <w:proofErr w:type="spellStart"/>
      <w:r>
        <w:t>проект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предвижда</w:t>
      </w:r>
      <w:proofErr w:type="spellEnd"/>
      <w:r>
        <w:t xml:space="preserve"> </w:t>
      </w:r>
      <w:r w:rsidR="00303C88">
        <w:rPr>
          <w:lang w:val="bg-BG"/>
        </w:rPr>
        <w:t>допълв</w:t>
      </w:r>
      <w:r w:rsidR="00B95E8E">
        <w:rPr>
          <w:lang w:val="bg-BG"/>
        </w:rPr>
        <w:t>ане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 w:rsidR="00E32283">
        <w:t>Годишната</w:t>
      </w:r>
      <w:proofErr w:type="spellEnd"/>
      <w:r w:rsidR="00E32283">
        <w:t xml:space="preserve"> </w:t>
      </w:r>
      <w:proofErr w:type="spellStart"/>
      <w:r w:rsidR="00E32283">
        <w:t>програма</w:t>
      </w:r>
      <w:proofErr w:type="spellEnd"/>
      <w:r w:rsidR="00E32283">
        <w:t xml:space="preserve"> </w:t>
      </w:r>
      <w:proofErr w:type="spellStart"/>
      <w:r w:rsidR="00E32283">
        <w:t>за</w:t>
      </w:r>
      <w:proofErr w:type="spellEnd"/>
      <w:r w:rsidR="00E32283">
        <w:t xml:space="preserve"> </w:t>
      </w:r>
      <w:proofErr w:type="spellStart"/>
      <w:r w:rsidR="00E32283">
        <w:t>управление</w:t>
      </w:r>
      <w:proofErr w:type="spellEnd"/>
      <w:r w:rsidR="00E32283">
        <w:t xml:space="preserve"> и </w:t>
      </w:r>
      <w:proofErr w:type="spellStart"/>
      <w:r w:rsidR="00E32283">
        <w:t>разпореждане</w:t>
      </w:r>
      <w:proofErr w:type="spellEnd"/>
      <w:r w:rsidR="00E32283">
        <w:t xml:space="preserve"> с </w:t>
      </w:r>
      <w:proofErr w:type="spellStart"/>
      <w:r w:rsidR="00E32283">
        <w:t>имоти</w:t>
      </w:r>
      <w:proofErr w:type="spellEnd"/>
      <w:r w:rsidR="00E32283">
        <w:t xml:space="preserve"> – </w:t>
      </w:r>
      <w:proofErr w:type="spellStart"/>
      <w:r w:rsidR="00E32283">
        <w:t>общинска</w:t>
      </w:r>
      <w:proofErr w:type="spellEnd"/>
      <w:r w:rsidR="00E32283">
        <w:t xml:space="preserve"> </w:t>
      </w:r>
      <w:proofErr w:type="spellStart"/>
      <w:r w:rsidR="00E32283">
        <w:t>собственост</w:t>
      </w:r>
      <w:proofErr w:type="spellEnd"/>
      <w:r w:rsidR="00E32283">
        <w:t xml:space="preserve"> </w:t>
      </w:r>
      <w:proofErr w:type="spellStart"/>
      <w:r w:rsidR="00E32283">
        <w:t>за</w:t>
      </w:r>
      <w:proofErr w:type="spellEnd"/>
      <w:r w:rsidR="00E32283">
        <w:t xml:space="preserve"> 2026 </w:t>
      </w:r>
      <w:proofErr w:type="spellStart"/>
      <w:r w:rsidR="00E32283">
        <w:t>година</w:t>
      </w:r>
      <w:proofErr w:type="spellEnd"/>
      <w:r w:rsidR="006A3FD7">
        <w:rPr>
          <w:lang w:val="bg-BG"/>
        </w:rPr>
        <w:t xml:space="preserve"> </w:t>
      </w:r>
      <w:r w:rsidR="00303C88">
        <w:rPr>
          <w:lang w:val="bg-BG"/>
        </w:rPr>
        <w:t>с</w:t>
      </w:r>
      <w:r w:rsidR="006A3FD7">
        <w:rPr>
          <w:lang w:val="bg-BG"/>
        </w:rPr>
        <w:t xml:space="preserve"> имот, ко</w:t>
      </w:r>
      <w:r w:rsidR="00303C88">
        <w:rPr>
          <w:lang w:val="bg-BG"/>
        </w:rPr>
        <w:t>й</w:t>
      </w:r>
      <w:r w:rsidR="006A3FD7">
        <w:rPr>
          <w:lang w:val="bg-BG"/>
        </w:rPr>
        <w:t xml:space="preserve">то </w:t>
      </w:r>
      <w:r w:rsidR="00303C88">
        <w:rPr>
          <w:lang w:val="bg-BG"/>
        </w:rPr>
        <w:t>о</w:t>
      </w:r>
      <w:r w:rsidR="006A3FD7">
        <w:rPr>
          <w:lang w:val="bg-BG"/>
        </w:rPr>
        <w:t xml:space="preserve">бщината има намерение да предложи за учредяване на ограничени вещни права. </w:t>
      </w:r>
      <w:r w:rsidR="00E32283">
        <w:t xml:space="preserve"> </w:t>
      </w:r>
    </w:p>
    <w:p w14:paraId="24196126" w14:textId="77777777" w:rsidR="007F035B" w:rsidRDefault="007F035B" w:rsidP="007F035B">
      <w:pPr>
        <w:spacing w:after="120"/>
        <w:ind w:firstLine="709"/>
        <w:jc w:val="both"/>
      </w:pPr>
    </w:p>
    <w:p w14:paraId="7CB0BF20" w14:textId="77777777" w:rsidR="00BD45C1" w:rsidRDefault="00905049" w:rsidP="007F035B">
      <w:pPr>
        <w:spacing w:after="160"/>
        <w:jc w:val="center"/>
      </w:pPr>
      <w:r>
        <w:rPr>
          <w:b/>
          <w:sz w:val="28"/>
        </w:rPr>
        <w:t>МОТИВИ</w:t>
      </w:r>
    </w:p>
    <w:p w14:paraId="23A1240A" w14:textId="77777777" w:rsidR="00BD45C1" w:rsidRDefault="00905049" w:rsidP="007F035B">
      <w:pPr>
        <w:jc w:val="center"/>
      </w:pPr>
      <w:r>
        <w:rPr>
          <w:sz w:val="20"/>
        </w:rPr>
        <w:t>(</w:t>
      </w:r>
      <w:proofErr w:type="spellStart"/>
      <w:r>
        <w:rPr>
          <w:sz w:val="20"/>
        </w:rPr>
        <w:t>основание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чл</w:t>
      </w:r>
      <w:proofErr w:type="spellEnd"/>
      <w:r>
        <w:rPr>
          <w:sz w:val="20"/>
        </w:rPr>
        <w:t xml:space="preserve">. 26 и </w:t>
      </w:r>
      <w:proofErr w:type="spellStart"/>
      <w:r>
        <w:rPr>
          <w:sz w:val="20"/>
        </w:rPr>
        <w:t>чл</w:t>
      </w:r>
      <w:proofErr w:type="spellEnd"/>
      <w:r>
        <w:rPr>
          <w:sz w:val="20"/>
        </w:rPr>
        <w:t xml:space="preserve">. 28, </w:t>
      </w:r>
      <w:proofErr w:type="spellStart"/>
      <w:r>
        <w:rPr>
          <w:sz w:val="20"/>
        </w:rPr>
        <w:t>ал</w:t>
      </w:r>
      <w:proofErr w:type="spellEnd"/>
      <w:r>
        <w:rPr>
          <w:sz w:val="20"/>
        </w:rPr>
        <w:t xml:space="preserve">. 2 </w:t>
      </w:r>
      <w:proofErr w:type="spellStart"/>
      <w:r>
        <w:rPr>
          <w:sz w:val="20"/>
        </w:rPr>
        <w:t>от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Закона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за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нормативните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актове</w:t>
      </w:r>
      <w:proofErr w:type="spellEnd"/>
      <w:r>
        <w:rPr>
          <w:sz w:val="20"/>
        </w:rPr>
        <w:t>)</w:t>
      </w:r>
    </w:p>
    <w:p w14:paraId="77F05F62" w14:textId="77777777" w:rsidR="00BD45C1" w:rsidRDefault="00905049" w:rsidP="007F035B">
      <w:pPr>
        <w:spacing w:after="120"/>
        <w:jc w:val="both"/>
      </w:pPr>
      <w:r>
        <w:rPr>
          <w:b/>
        </w:rPr>
        <w:t>1. ПРИЧИНИ, КОИТО НАЛАГАТ ПРИЕМАНЕТО:</w:t>
      </w:r>
    </w:p>
    <w:p w14:paraId="5B8824F1" w14:textId="77777777" w:rsidR="00BD45C1" w:rsidRDefault="00905049" w:rsidP="007F035B">
      <w:pPr>
        <w:spacing w:after="120"/>
        <w:ind w:firstLine="709"/>
        <w:jc w:val="both"/>
      </w:pPr>
      <w:proofErr w:type="spellStart"/>
      <w:r>
        <w:t>Годишната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разпореждане</w:t>
      </w:r>
      <w:proofErr w:type="spellEnd"/>
      <w:r>
        <w:t xml:space="preserve"> с </w:t>
      </w:r>
      <w:proofErr w:type="spellStart"/>
      <w:r>
        <w:t>имоти</w:t>
      </w:r>
      <w:proofErr w:type="spellEnd"/>
      <w:r>
        <w:t xml:space="preserve"> – </w:t>
      </w:r>
      <w:proofErr w:type="spellStart"/>
      <w:r>
        <w:t>общинска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2026 </w:t>
      </w:r>
      <w:proofErr w:type="spellStart"/>
      <w:r>
        <w:t>година</w:t>
      </w:r>
      <w:proofErr w:type="spellEnd"/>
      <w:r>
        <w:t xml:space="preserve"> е </w:t>
      </w:r>
      <w:proofErr w:type="spellStart"/>
      <w:r>
        <w:t>приета</w:t>
      </w:r>
      <w:proofErr w:type="spellEnd"/>
      <w:r>
        <w:t xml:space="preserve"> с </w:t>
      </w:r>
      <w:proofErr w:type="spellStart"/>
      <w:r>
        <w:t>Решение</w:t>
      </w:r>
      <w:proofErr w:type="spellEnd"/>
      <w:r>
        <w:t xml:space="preserve"> № 6/29.01.2026 г.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– </w:t>
      </w:r>
      <w:proofErr w:type="spellStart"/>
      <w:r>
        <w:t>Белене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8, </w:t>
      </w:r>
      <w:proofErr w:type="spellStart"/>
      <w:r>
        <w:t>ал</w:t>
      </w:r>
      <w:proofErr w:type="spellEnd"/>
      <w:r>
        <w:t xml:space="preserve">. 9 ЗОС и </w:t>
      </w:r>
      <w:proofErr w:type="spellStart"/>
      <w:r>
        <w:t>чл</w:t>
      </w:r>
      <w:proofErr w:type="spellEnd"/>
      <w:r>
        <w:t xml:space="preserve">. 28, </w:t>
      </w:r>
      <w:proofErr w:type="spellStart"/>
      <w:r>
        <w:t>ал</w:t>
      </w:r>
      <w:proofErr w:type="spellEnd"/>
      <w:r>
        <w:t xml:space="preserve">. 5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Наредбата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,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разпореждане</w:t>
      </w:r>
      <w:proofErr w:type="spellEnd"/>
      <w:r>
        <w:t xml:space="preserve"> с </w:t>
      </w:r>
      <w:proofErr w:type="spellStart"/>
      <w:r>
        <w:t>общинско</w:t>
      </w:r>
      <w:proofErr w:type="spellEnd"/>
      <w:r>
        <w:t xml:space="preserve"> </w:t>
      </w:r>
      <w:proofErr w:type="spellStart"/>
      <w:r>
        <w:t>имущество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8, </w:t>
      </w:r>
      <w:proofErr w:type="spellStart"/>
      <w:r>
        <w:t>ал</w:t>
      </w:r>
      <w:proofErr w:type="spellEnd"/>
      <w:r>
        <w:t xml:space="preserve">. 2 ЗОС. </w:t>
      </w:r>
      <w:proofErr w:type="spellStart"/>
      <w:r>
        <w:t>Законът</w:t>
      </w:r>
      <w:proofErr w:type="spellEnd"/>
      <w:r>
        <w:t xml:space="preserve">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допуска</w:t>
      </w:r>
      <w:proofErr w:type="spellEnd"/>
      <w:r>
        <w:t xml:space="preserve"> </w:t>
      </w:r>
      <w:proofErr w:type="spellStart"/>
      <w:r>
        <w:t>програмата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отворен</w:t>
      </w:r>
      <w:proofErr w:type="spellEnd"/>
      <w:r>
        <w:t xml:space="preserve"> </w:t>
      </w:r>
      <w:proofErr w:type="spellStart"/>
      <w:r>
        <w:t>характер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актуализира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годината</w:t>
      </w:r>
      <w:proofErr w:type="spellEnd"/>
      <w:r>
        <w:t xml:space="preserve"> </w:t>
      </w:r>
      <w:proofErr w:type="spellStart"/>
      <w:r>
        <w:t>съобразно</w:t>
      </w:r>
      <w:proofErr w:type="spellEnd"/>
      <w:r>
        <w:t xml:space="preserve"> </w:t>
      </w:r>
      <w:proofErr w:type="spellStart"/>
      <w:r>
        <w:t>възникналата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действащата</w:t>
      </w:r>
      <w:proofErr w:type="spellEnd"/>
      <w:r>
        <w:t xml:space="preserve"> </w:t>
      </w:r>
      <w:proofErr w:type="spellStart"/>
      <w:r>
        <w:t>нормативна</w:t>
      </w:r>
      <w:proofErr w:type="spellEnd"/>
      <w:r>
        <w:t xml:space="preserve"> </w:t>
      </w:r>
      <w:proofErr w:type="spellStart"/>
      <w:r>
        <w:t>уредба</w:t>
      </w:r>
      <w:proofErr w:type="spellEnd"/>
      <w:r>
        <w:t>.</w:t>
      </w:r>
    </w:p>
    <w:p w14:paraId="10FE1296" w14:textId="04C9E300" w:rsidR="00BD45C1" w:rsidRPr="00006679" w:rsidRDefault="00905049" w:rsidP="007F035B">
      <w:pPr>
        <w:spacing w:after="120"/>
        <w:ind w:firstLine="709"/>
        <w:jc w:val="both"/>
        <w:rPr>
          <w:lang w:val="bg-BG"/>
        </w:rPr>
      </w:pPr>
      <w:proofErr w:type="spellStart"/>
      <w:r>
        <w:t>Необходимостта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актуализиране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програмата</w:t>
      </w:r>
      <w:proofErr w:type="spellEnd"/>
      <w:r>
        <w:t xml:space="preserve"> </w:t>
      </w:r>
      <w:proofErr w:type="spellStart"/>
      <w:r>
        <w:t>произтича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конкретно</w:t>
      </w:r>
      <w:proofErr w:type="spellEnd"/>
      <w:r>
        <w:t xml:space="preserve"> </w:t>
      </w:r>
      <w:proofErr w:type="spellStart"/>
      <w:r>
        <w:t>инвестиционно</w:t>
      </w:r>
      <w:proofErr w:type="spellEnd"/>
      <w:r>
        <w:t xml:space="preserve"> </w:t>
      </w:r>
      <w:proofErr w:type="spellStart"/>
      <w:r>
        <w:t>намерение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разширяване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съществуващ</w:t>
      </w:r>
      <w:proofErr w:type="spellEnd"/>
      <w:r>
        <w:t xml:space="preserve"> </w:t>
      </w:r>
      <w:proofErr w:type="spellStart"/>
      <w:r>
        <w:t>търговски</w:t>
      </w:r>
      <w:proofErr w:type="spellEnd"/>
      <w:r>
        <w:t xml:space="preserve"> </w:t>
      </w:r>
      <w:proofErr w:type="spellStart"/>
      <w:r>
        <w:t>обект</w:t>
      </w:r>
      <w:proofErr w:type="spellEnd"/>
      <w:r>
        <w:t xml:space="preserve">, </w:t>
      </w:r>
      <w:proofErr w:type="spellStart"/>
      <w:r>
        <w:t>намиращ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ПИ с </w:t>
      </w:r>
      <w:proofErr w:type="spellStart"/>
      <w:r>
        <w:t>идентификатор</w:t>
      </w:r>
      <w:proofErr w:type="spellEnd"/>
      <w:r>
        <w:t xml:space="preserve"> 03366.602.1462</w:t>
      </w:r>
      <w:r w:rsidR="00006679">
        <w:rPr>
          <w:lang w:val="bg-BG"/>
        </w:rPr>
        <w:t xml:space="preserve"> -</w:t>
      </w:r>
      <w:r w:rsidR="00006679" w:rsidRPr="00006679">
        <w:t xml:space="preserve"> </w:t>
      </w:r>
      <w:proofErr w:type="spellStart"/>
      <w:r w:rsidR="00006679">
        <w:t>частна</w:t>
      </w:r>
      <w:proofErr w:type="spellEnd"/>
      <w:r w:rsidR="00006679">
        <w:t xml:space="preserve"> </w:t>
      </w:r>
      <w:proofErr w:type="spellStart"/>
      <w:r w:rsidR="00006679">
        <w:t>общинска</w:t>
      </w:r>
      <w:proofErr w:type="spellEnd"/>
      <w:r w:rsidR="00006679">
        <w:t xml:space="preserve"> </w:t>
      </w:r>
      <w:proofErr w:type="spellStart"/>
      <w:r w:rsidR="00006679">
        <w:t>собственост</w:t>
      </w:r>
      <w:proofErr w:type="spellEnd"/>
      <w:r>
        <w:t xml:space="preserve">, </w:t>
      </w:r>
      <w:proofErr w:type="spellStart"/>
      <w:r>
        <w:t>представляващ</w:t>
      </w:r>
      <w:proofErr w:type="spellEnd"/>
      <w:r>
        <w:t xml:space="preserve"> УПИ IV в </w:t>
      </w:r>
      <w:proofErr w:type="spellStart"/>
      <w:r>
        <w:t>стр</w:t>
      </w:r>
      <w:proofErr w:type="spellEnd"/>
      <w:r>
        <w:t xml:space="preserve">. </w:t>
      </w:r>
      <w:proofErr w:type="spellStart"/>
      <w:r>
        <w:t>кв</w:t>
      </w:r>
      <w:proofErr w:type="spellEnd"/>
      <w:r>
        <w:t xml:space="preserve">. 42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</w:t>
      </w:r>
      <w:proofErr w:type="spellEnd"/>
      <w:r>
        <w:t xml:space="preserve">. </w:t>
      </w:r>
      <w:proofErr w:type="spellStart"/>
      <w:r>
        <w:t>Белене</w:t>
      </w:r>
      <w:proofErr w:type="spellEnd"/>
      <w:r>
        <w:t>.</w:t>
      </w:r>
      <w:r w:rsidR="00006679" w:rsidRPr="00006679">
        <w:t xml:space="preserve"> </w:t>
      </w:r>
    </w:p>
    <w:p w14:paraId="7E1BC095" w14:textId="6673A689" w:rsidR="00BD45C1" w:rsidRDefault="00905049" w:rsidP="007F035B">
      <w:pPr>
        <w:spacing w:after="120"/>
        <w:ind w:firstLine="709"/>
        <w:jc w:val="both"/>
      </w:pPr>
      <w:proofErr w:type="spellStart"/>
      <w:r>
        <w:t>Съгласно</w:t>
      </w:r>
      <w:proofErr w:type="spellEnd"/>
      <w:r>
        <w:t xml:space="preserve"> </w:t>
      </w:r>
      <w:proofErr w:type="spellStart"/>
      <w:r>
        <w:t>кадастралните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в </w:t>
      </w:r>
      <w:proofErr w:type="spellStart"/>
      <w:r>
        <w:t>имота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разположени</w:t>
      </w:r>
      <w:proofErr w:type="spellEnd"/>
      <w:r>
        <w:t xml:space="preserve"> </w:t>
      </w:r>
      <w:proofErr w:type="spellStart"/>
      <w:r>
        <w:t>няколко</w:t>
      </w:r>
      <w:proofErr w:type="spellEnd"/>
      <w:r>
        <w:t xml:space="preserve"> </w:t>
      </w:r>
      <w:proofErr w:type="spellStart"/>
      <w:r>
        <w:t>сгради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сграда</w:t>
      </w:r>
      <w:proofErr w:type="spellEnd"/>
      <w:r>
        <w:t xml:space="preserve"> с </w:t>
      </w:r>
      <w:proofErr w:type="spellStart"/>
      <w:r>
        <w:t>идентификатор</w:t>
      </w:r>
      <w:proofErr w:type="spellEnd"/>
      <w:r>
        <w:t xml:space="preserve"> 03366.602.1462.8 е с </w:t>
      </w:r>
      <w:proofErr w:type="spellStart"/>
      <w:r>
        <w:t>предназначение</w:t>
      </w:r>
      <w:proofErr w:type="spellEnd"/>
      <w:r>
        <w:t xml:space="preserve"> „</w:t>
      </w:r>
      <w:proofErr w:type="spellStart"/>
      <w:r>
        <w:t>Сграда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proofErr w:type="gramStart"/>
      <w:r>
        <w:t>търговия</w:t>
      </w:r>
      <w:proofErr w:type="spellEnd"/>
      <w:r>
        <w:t>“ и</w:t>
      </w:r>
      <w:proofErr w:type="gramEnd"/>
      <w:r>
        <w:t xml:space="preserve"> </w:t>
      </w:r>
      <w:proofErr w:type="spellStart"/>
      <w:r>
        <w:t>застроена</w:t>
      </w:r>
      <w:proofErr w:type="spellEnd"/>
      <w:r>
        <w:t xml:space="preserve"> </w:t>
      </w:r>
      <w:proofErr w:type="spellStart"/>
      <w:r>
        <w:t>площ</w:t>
      </w:r>
      <w:proofErr w:type="spellEnd"/>
      <w:r>
        <w:t xml:space="preserve"> 81 </w:t>
      </w:r>
      <w:proofErr w:type="spellStart"/>
      <w:r>
        <w:t>кв.м</w:t>
      </w:r>
      <w:proofErr w:type="spellEnd"/>
      <w:r>
        <w:t xml:space="preserve">. </w:t>
      </w:r>
      <w:proofErr w:type="spellStart"/>
      <w:r>
        <w:t>Имотът</w:t>
      </w:r>
      <w:proofErr w:type="spellEnd"/>
      <w:r>
        <w:t xml:space="preserve"> е с </w:t>
      </w:r>
      <w:proofErr w:type="spellStart"/>
      <w:r>
        <w:t>площ</w:t>
      </w:r>
      <w:proofErr w:type="spellEnd"/>
      <w:r>
        <w:t xml:space="preserve"> 4 244 </w:t>
      </w:r>
      <w:proofErr w:type="spellStart"/>
      <w:r>
        <w:t>кв.м</w:t>
      </w:r>
      <w:proofErr w:type="spellEnd"/>
      <w:r>
        <w:t xml:space="preserve">., и е с </w:t>
      </w:r>
      <w:proofErr w:type="spellStart"/>
      <w:r>
        <w:t>предназначение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действащия</w:t>
      </w:r>
      <w:proofErr w:type="spellEnd"/>
      <w:r>
        <w:t xml:space="preserve"> </w:t>
      </w:r>
      <w:proofErr w:type="spellStart"/>
      <w:r>
        <w:t>устройствен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жилищно</w:t>
      </w:r>
      <w:proofErr w:type="spellEnd"/>
      <w:r>
        <w:t xml:space="preserve"> </w:t>
      </w:r>
      <w:proofErr w:type="spellStart"/>
      <w:r>
        <w:t>строителство</w:t>
      </w:r>
      <w:proofErr w:type="spellEnd"/>
      <w:r>
        <w:t xml:space="preserve">, </w:t>
      </w:r>
      <w:proofErr w:type="spellStart"/>
      <w:r>
        <w:t>търговия</w:t>
      </w:r>
      <w:proofErr w:type="spellEnd"/>
      <w:r>
        <w:t xml:space="preserve">, </w:t>
      </w:r>
      <w:proofErr w:type="spellStart"/>
      <w:r>
        <w:t>битови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 xml:space="preserve"> и </w:t>
      </w:r>
      <w:proofErr w:type="spellStart"/>
      <w:r>
        <w:t>обществено</w:t>
      </w:r>
      <w:proofErr w:type="spellEnd"/>
      <w:r>
        <w:t xml:space="preserve"> </w:t>
      </w:r>
      <w:proofErr w:type="spellStart"/>
      <w:r>
        <w:t>хранене</w:t>
      </w:r>
      <w:proofErr w:type="spellEnd"/>
      <w:r>
        <w:t>.</w:t>
      </w:r>
    </w:p>
    <w:p w14:paraId="09B807E6" w14:textId="77777777" w:rsidR="00BD45C1" w:rsidRDefault="00905049" w:rsidP="007F035B">
      <w:pPr>
        <w:spacing w:after="120"/>
        <w:ind w:firstLine="709"/>
        <w:jc w:val="both"/>
      </w:pPr>
      <w:proofErr w:type="spellStart"/>
      <w:r>
        <w:t>Със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 № 941/21.07.2026 г. е </w:t>
      </w:r>
      <w:proofErr w:type="spellStart"/>
      <w:r>
        <w:t>одобрено</w:t>
      </w:r>
      <w:proofErr w:type="spellEnd"/>
      <w:r>
        <w:t xml:space="preserve"> </w:t>
      </w:r>
      <w:proofErr w:type="spellStart"/>
      <w:r>
        <w:t>изменение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ПУП –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застрояване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УПИ IV, с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предвижда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в </w:t>
      </w:r>
      <w:proofErr w:type="spellStart"/>
      <w:r>
        <w:t>линиите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застрояване</w:t>
      </w:r>
      <w:proofErr w:type="spellEnd"/>
      <w:r>
        <w:t xml:space="preserve"> в </w:t>
      </w:r>
      <w:proofErr w:type="spellStart"/>
      <w:r>
        <w:t>северна</w:t>
      </w:r>
      <w:proofErr w:type="spellEnd"/>
      <w:r>
        <w:t xml:space="preserve"> </w:t>
      </w:r>
      <w:proofErr w:type="spellStart"/>
      <w:r>
        <w:t>посока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сграда</w:t>
      </w:r>
      <w:proofErr w:type="spellEnd"/>
      <w:r>
        <w:t xml:space="preserve"> с </w:t>
      </w:r>
      <w:proofErr w:type="spellStart"/>
      <w:r>
        <w:t>идентификатор</w:t>
      </w:r>
      <w:proofErr w:type="spellEnd"/>
      <w:r>
        <w:t xml:space="preserve"> 03366.602.1462.8 и </w:t>
      </w:r>
      <w:proofErr w:type="spellStart"/>
      <w:r>
        <w:t>увеличаване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допустимата</w:t>
      </w:r>
      <w:proofErr w:type="spellEnd"/>
      <w:r>
        <w:t xml:space="preserve"> </w:t>
      </w:r>
      <w:proofErr w:type="spellStart"/>
      <w:r>
        <w:t>застроена</w:t>
      </w:r>
      <w:proofErr w:type="spellEnd"/>
      <w:r>
        <w:t xml:space="preserve"> </w:t>
      </w:r>
      <w:proofErr w:type="spellStart"/>
      <w:r>
        <w:t>площ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търговския</w:t>
      </w:r>
      <w:proofErr w:type="spellEnd"/>
      <w:r>
        <w:t xml:space="preserve"> </w:t>
      </w:r>
      <w:proofErr w:type="spellStart"/>
      <w:r>
        <w:t>обект</w:t>
      </w:r>
      <w:proofErr w:type="spellEnd"/>
      <w:r>
        <w:t xml:space="preserve">. В </w:t>
      </w:r>
      <w:proofErr w:type="spellStart"/>
      <w:r>
        <w:t>заповедта</w:t>
      </w:r>
      <w:proofErr w:type="spellEnd"/>
      <w:r>
        <w:t xml:space="preserve"> е </w:t>
      </w:r>
      <w:proofErr w:type="spellStart"/>
      <w:r>
        <w:t>отразено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новополучената</w:t>
      </w:r>
      <w:proofErr w:type="spellEnd"/>
      <w:r>
        <w:t xml:space="preserve"> </w:t>
      </w:r>
      <w:proofErr w:type="spellStart"/>
      <w:r>
        <w:t>допустима</w:t>
      </w:r>
      <w:proofErr w:type="spellEnd"/>
      <w:r>
        <w:t xml:space="preserve"> </w:t>
      </w:r>
      <w:proofErr w:type="spellStart"/>
      <w:r>
        <w:t>застроена</w:t>
      </w:r>
      <w:proofErr w:type="spellEnd"/>
      <w:r>
        <w:t xml:space="preserve"> </w:t>
      </w:r>
      <w:proofErr w:type="spellStart"/>
      <w:r>
        <w:t>площ</w:t>
      </w:r>
      <w:proofErr w:type="spellEnd"/>
      <w:r>
        <w:t xml:space="preserve"> е </w:t>
      </w:r>
      <w:proofErr w:type="spellStart"/>
      <w:r>
        <w:t>по-малка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допустимото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общинската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50% </w:t>
      </w:r>
      <w:proofErr w:type="spellStart"/>
      <w:r>
        <w:t>увеличение</w:t>
      </w:r>
      <w:proofErr w:type="spellEnd"/>
      <w:r>
        <w:t>.</w:t>
      </w:r>
    </w:p>
    <w:p w14:paraId="7413A817" w14:textId="65C81AF9" w:rsidR="00BD45C1" w:rsidRDefault="00905049" w:rsidP="007F035B">
      <w:pPr>
        <w:spacing w:after="120"/>
        <w:ind w:firstLine="709"/>
        <w:jc w:val="both"/>
      </w:pPr>
      <w:proofErr w:type="spellStart"/>
      <w:r>
        <w:t>Предвижданото</w:t>
      </w:r>
      <w:proofErr w:type="spellEnd"/>
      <w:r>
        <w:t xml:space="preserve">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строеж</w:t>
      </w:r>
      <w:proofErr w:type="spellEnd"/>
      <w:r>
        <w:t xml:space="preserve"> е </w:t>
      </w:r>
      <w:proofErr w:type="spellStart"/>
      <w:r>
        <w:t>за</w:t>
      </w:r>
      <w:proofErr w:type="spellEnd"/>
      <w:r>
        <w:t xml:space="preserve"> </w:t>
      </w:r>
      <w:r w:rsidRPr="008D6F3C">
        <w:t>3</w:t>
      </w:r>
      <w:r w:rsidRPr="008D6F3C">
        <w:rPr>
          <w:lang w:val="bg-BG"/>
        </w:rPr>
        <w:t>2,40</w:t>
      </w:r>
      <w:r>
        <w:t xml:space="preserve"> </w:t>
      </w:r>
      <w:proofErr w:type="spellStart"/>
      <w:r>
        <w:t>кв.м</w:t>
      </w:r>
      <w:proofErr w:type="spellEnd"/>
      <w:r w:rsidR="008D6F3C">
        <w:rPr>
          <w:lang w:val="bg-BG"/>
        </w:rPr>
        <w:t>.</w:t>
      </w:r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вече</w:t>
      </w:r>
      <w:proofErr w:type="spellEnd"/>
      <w:r>
        <w:t xml:space="preserve"> </w:t>
      </w:r>
      <w:proofErr w:type="spellStart"/>
      <w:r>
        <w:t>придобито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строеж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81 </w:t>
      </w:r>
      <w:proofErr w:type="spellStart"/>
      <w:r>
        <w:t>кв.м</w:t>
      </w:r>
      <w:proofErr w:type="spellEnd"/>
      <w:r>
        <w:t xml:space="preserve">. </w:t>
      </w:r>
      <w:proofErr w:type="spellStart"/>
      <w:r>
        <w:t>Съотношението</w:t>
      </w:r>
      <w:proofErr w:type="spellEnd"/>
      <w:r>
        <w:t xml:space="preserve"> е </w:t>
      </w:r>
      <w:r w:rsidRPr="008D6F3C">
        <w:t>3</w:t>
      </w:r>
      <w:r w:rsidRPr="008D6F3C">
        <w:rPr>
          <w:lang w:val="bg-BG"/>
        </w:rPr>
        <w:t>2,40</w:t>
      </w:r>
      <w:r w:rsidRPr="008D6F3C">
        <w:t xml:space="preserve">/81 = </w:t>
      </w:r>
      <w:r w:rsidRPr="008D6F3C">
        <w:rPr>
          <w:lang w:val="bg-BG"/>
        </w:rPr>
        <w:t>40,0</w:t>
      </w:r>
      <w:r w:rsidRPr="008D6F3C">
        <w:t>%,</w:t>
      </w:r>
      <w:r>
        <w:t xml:space="preserve"> </w:t>
      </w:r>
      <w:proofErr w:type="spellStart"/>
      <w:r>
        <w:t>т.е</w:t>
      </w:r>
      <w:proofErr w:type="spellEnd"/>
      <w:r>
        <w:t xml:space="preserve">. </w:t>
      </w:r>
      <w:proofErr w:type="spellStart"/>
      <w:r>
        <w:t>площта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пристрояването</w:t>
      </w:r>
      <w:proofErr w:type="spellEnd"/>
      <w:r>
        <w:t xml:space="preserve"> е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установения</w:t>
      </w:r>
      <w:proofErr w:type="spellEnd"/>
      <w:r>
        <w:t xml:space="preserve"> </w:t>
      </w:r>
      <w:r>
        <w:lastRenderedPageBreak/>
        <w:t xml:space="preserve">в </w:t>
      </w:r>
      <w:proofErr w:type="spellStart"/>
      <w:r>
        <w:t>чл</w:t>
      </w:r>
      <w:proofErr w:type="spellEnd"/>
      <w:r>
        <w:t xml:space="preserve">. 76, </w:t>
      </w:r>
      <w:proofErr w:type="spellStart"/>
      <w:r>
        <w:t>ал</w:t>
      </w:r>
      <w:proofErr w:type="spellEnd"/>
      <w:r>
        <w:t xml:space="preserve">. 4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Наредбата</w:t>
      </w:r>
      <w:proofErr w:type="spellEnd"/>
      <w:r>
        <w:t xml:space="preserve"> </w:t>
      </w:r>
      <w:proofErr w:type="spellStart"/>
      <w:r>
        <w:t>максимален</w:t>
      </w:r>
      <w:proofErr w:type="spellEnd"/>
      <w:r>
        <w:t xml:space="preserve">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50%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площта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имота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пристроява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конкретното</w:t>
      </w:r>
      <w:proofErr w:type="spellEnd"/>
      <w:r>
        <w:t xml:space="preserve"> </w:t>
      </w:r>
      <w:proofErr w:type="spellStart"/>
      <w:r>
        <w:t>инвестиционно</w:t>
      </w:r>
      <w:proofErr w:type="spellEnd"/>
      <w:r>
        <w:t xml:space="preserve"> </w:t>
      </w:r>
      <w:proofErr w:type="spellStart"/>
      <w:r>
        <w:t>намерение</w:t>
      </w:r>
      <w:proofErr w:type="spellEnd"/>
      <w:r>
        <w:t xml:space="preserve"> </w:t>
      </w:r>
      <w:proofErr w:type="spellStart"/>
      <w:r>
        <w:t>попада</w:t>
      </w:r>
      <w:proofErr w:type="spellEnd"/>
      <w:r>
        <w:t xml:space="preserve"> в </w:t>
      </w:r>
      <w:proofErr w:type="spellStart"/>
      <w:r>
        <w:t>допустимата</w:t>
      </w:r>
      <w:proofErr w:type="spellEnd"/>
      <w:r>
        <w:t xml:space="preserve"> </w:t>
      </w:r>
      <w:proofErr w:type="spellStart"/>
      <w:r>
        <w:t>устройствена</w:t>
      </w:r>
      <w:proofErr w:type="spellEnd"/>
      <w:r>
        <w:t xml:space="preserve"> и </w:t>
      </w:r>
      <w:proofErr w:type="spellStart"/>
      <w:r>
        <w:t>вещноправна</w:t>
      </w:r>
      <w:proofErr w:type="spellEnd"/>
      <w:r>
        <w:t xml:space="preserve"> </w:t>
      </w:r>
      <w:proofErr w:type="spellStart"/>
      <w:r>
        <w:t>рамка</w:t>
      </w:r>
      <w:proofErr w:type="spellEnd"/>
      <w:r>
        <w:t>.</w:t>
      </w:r>
    </w:p>
    <w:p w14:paraId="31247AA2" w14:textId="77777777" w:rsidR="00BD45C1" w:rsidRDefault="00905049" w:rsidP="007F035B">
      <w:pPr>
        <w:spacing w:after="120"/>
        <w:jc w:val="both"/>
      </w:pPr>
      <w:r>
        <w:rPr>
          <w:b/>
        </w:rPr>
        <w:t>2. ЦЕЛИ, КОИТО СЕ ПОСТАВЯТ:</w:t>
      </w:r>
    </w:p>
    <w:p w14:paraId="5F81717D" w14:textId="77777777" w:rsidR="00BD45C1" w:rsidRDefault="00905049" w:rsidP="007F035B">
      <w:pPr>
        <w:spacing w:after="120"/>
        <w:ind w:firstLine="283"/>
        <w:jc w:val="both"/>
      </w:pPr>
      <w:r>
        <w:t xml:space="preserve">–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законосъобразна</w:t>
      </w:r>
      <w:proofErr w:type="spellEnd"/>
      <w:r>
        <w:t xml:space="preserve"> </w:t>
      </w:r>
      <w:proofErr w:type="spellStart"/>
      <w:r>
        <w:t>възможност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предвиденото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действащия</w:t>
      </w:r>
      <w:proofErr w:type="spellEnd"/>
      <w:r>
        <w:t xml:space="preserve"> ПУП </w:t>
      </w:r>
      <w:proofErr w:type="spellStart"/>
      <w:r>
        <w:t>пристрояване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съществуващия</w:t>
      </w:r>
      <w:proofErr w:type="spellEnd"/>
      <w:r>
        <w:t xml:space="preserve"> </w:t>
      </w:r>
      <w:proofErr w:type="spellStart"/>
      <w:r>
        <w:t>търговски</w:t>
      </w:r>
      <w:proofErr w:type="spellEnd"/>
      <w:r>
        <w:t xml:space="preserve"> </w:t>
      </w:r>
      <w:proofErr w:type="spellStart"/>
      <w:r>
        <w:t>обект</w:t>
      </w:r>
      <w:proofErr w:type="spellEnd"/>
      <w:r>
        <w:t>.</w:t>
      </w:r>
    </w:p>
    <w:p w14:paraId="03EBC40C" w14:textId="77777777" w:rsidR="00BD45C1" w:rsidRDefault="00905049" w:rsidP="007F035B">
      <w:pPr>
        <w:spacing w:after="120"/>
        <w:ind w:firstLine="283"/>
        <w:jc w:val="both"/>
      </w:pPr>
      <w:r>
        <w:t xml:space="preserve">– </w:t>
      </w:r>
      <w:proofErr w:type="spellStart"/>
      <w:r>
        <w:t>Ефективно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разпореждане</w:t>
      </w:r>
      <w:proofErr w:type="spellEnd"/>
      <w:r>
        <w:t xml:space="preserve"> с </w:t>
      </w:r>
      <w:proofErr w:type="spellStart"/>
      <w:r>
        <w:t>ограничените</w:t>
      </w:r>
      <w:proofErr w:type="spellEnd"/>
      <w:r>
        <w:t xml:space="preserve"> </w:t>
      </w:r>
      <w:proofErr w:type="spellStart"/>
      <w:r>
        <w:t>вещни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имот</w:t>
      </w:r>
      <w:proofErr w:type="spellEnd"/>
      <w:r>
        <w:t xml:space="preserve"> – </w:t>
      </w:r>
      <w:proofErr w:type="spellStart"/>
      <w:r>
        <w:t>частна</w:t>
      </w:r>
      <w:proofErr w:type="spellEnd"/>
      <w:r>
        <w:t xml:space="preserve"> </w:t>
      </w:r>
      <w:proofErr w:type="spellStart"/>
      <w:r>
        <w:t>общинска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>.</w:t>
      </w:r>
    </w:p>
    <w:p w14:paraId="06CCA89A" w14:textId="77777777" w:rsidR="00BD45C1" w:rsidRDefault="00905049" w:rsidP="007F035B">
      <w:pPr>
        <w:spacing w:after="120"/>
        <w:ind w:firstLine="283"/>
        <w:jc w:val="both"/>
      </w:pPr>
      <w:r>
        <w:t xml:space="preserve">– </w:t>
      </w:r>
      <w:proofErr w:type="spellStart"/>
      <w:r>
        <w:t>Реализиране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приход</w:t>
      </w:r>
      <w:proofErr w:type="spellEnd"/>
      <w:r>
        <w:t xml:space="preserve"> в </w:t>
      </w:r>
      <w:proofErr w:type="spellStart"/>
      <w:r>
        <w:t>общинския</w:t>
      </w:r>
      <w:proofErr w:type="spellEnd"/>
      <w:r>
        <w:t xml:space="preserve"> </w:t>
      </w:r>
      <w:proofErr w:type="spellStart"/>
      <w:r>
        <w:t>бюджет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възмездно</w:t>
      </w:r>
      <w:proofErr w:type="spellEnd"/>
      <w:r>
        <w:t xml:space="preserve"> </w:t>
      </w:r>
      <w:proofErr w:type="spellStart"/>
      <w:r>
        <w:t>учредяване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вещното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пазарна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>.</w:t>
      </w:r>
    </w:p>
    <w:p w14:paraId="746CBDCF" w14:textId="77777777" w:rsidR="00BD45C1" w:rsidRDefault="00905049" w:rsidP="007F035B">
      <w:pPr>
        <w:spacing w:after="120"/>
        <w:ind w:firstLine="283"/>
        <w:jc w:val="both"/>
      </w:pPr>
      <w:r>
        <w:t xml:space="preserve">– </w:t>
      </w:r>
      <w:proofErr w:type="spellStart"/>
      <w:r>
        <w:t>Привеждане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фактическото</w:t>
      </w:r>
      <w:proofErr w:type="spellEnd"/>
      <w:r>
        <w:t xml:space="preserve"> и </w:t>
      </w:r>
      <w:proofErr w:type="spellStart"/>
      <w:r>
        <w:t>инвестиционното</w:t>
      </w:r>
      <w:proofErr w:type="spellEnd"/>
      <w:r>
        <w:t xml:space="preserve"> </w:t>
      </w:r>
      <w:proofErr w:type="spellStart"/>
      <w:r>
        <w:t>намерение</w:t>
      </w:r>
      <w:proofErr w:type="spellEnd"/>
      <w:r>
        <w:t xml:space="preserve">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действащата</w:t>
      </w:r>
      <w:proofErr w:type="spellEnd"/>
      <w:r>
        <w:t xml:space="preserve"> </w:t>
      </w:r>
      <w:proofErr w:type="spellStart"/>
      <w:r>
        <w:t>устройствена</w:t>
      </w:r>
      <w:proofErr w:type="spellEnd"/>
      <w:r>
        <w:t xml:space="preserve"> и </w:t>
      </w:r>
      <w:proofErr w:type="spellStart"/>
      <w:r>
        <w:t>нормативна</w:t>
      </w:r>
      <w:proofErr w:type="spellEnd"/>
      <w:r>
        <w:t xml:space="preserve"> </w:t>
      </w:r>
      <w:proofErr w:type="spellStart"/>
      <w:r>
        <w:t>уредба</w:t>
      </w:r>
      <w:proofErr w:type="spellEnd"/>
      <w:r>
        <w:t>.</w:t>
      </w:r>
    </w:p>
    <w:p w14:paraId="0ABAB24D" w14:textId="77777777" w:rsidR="00BD45C1" w:rsidRDefault="00905049" w:rsidP="007F035B">
      <w:pPr>
        <w:spacing w:after="120"/>
        <w:jc w:val="both"/>
      </w:pPr>
      <w:r>
        <w:rPr>
          <w:b/>
        </w:rPr>
        <w:t>3. ФИНАНСОВИ И ДРУГИ СРЕДСТВА, НЕОБХОДИМИ ЗА ПРИЛАГАНЕТО:</w:t>
      </w:r>
    </w:p>
    <w:p w14:paraId="3756F071" w14:textId="77777777" w:rsidR="00BD45C1" w:rsidRDefault="00905049" w:rsidP="007F035B">
      <w:pPr>
        <w:spacing w:after="120"/>
        <w:ind w:firstLine="709"/>
        <w:jc w:val="both"/>
      </w:pP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изискват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общинския</w:t>
      </w:r>
      <w:proofErr w:type="spellEnd"/>
      <w:r>
        <w:t xml:space="preserve"> </w:t>
      </w:r>
      <w:proofErr w:type="spellStart"/>
      <w:r>
        <w:t>бюджет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учредяването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вещното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. </w:t>
      </w:r>
      <w:proofErr w:type="spellStart"/>
      <w:r>
        <w:t>Разходите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изготвяне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пазарна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и </w:t>
      </w:r>
      <w:proofErr w:type="spellStart"/>
      <w:r>
        <w:t>дължимите</w:t>
      </w:r>
      <w:proofErr w:type="spellEnd"/>
      <w:r>
        <w:t xml:space="preserve"> </w:t>
      </w:r>
      <w:proofErr w:type="spellStart"/>
      <w:r>
        <w:t>данъци</w:t>
      </w:r>
      <w:proofErr w:type="spellEnd"/>
      <w:r>
        <w:t xml:space="preserve">, </w:t>
      </w:r>
      <w:proofErr w:type="spellStart"/>
      <w:r>
        <w:t>такси</w:t>
      </w:r>
      <w:proofErr w:type="spellEnd"/>
      <w:r>
        <w:t xml:space="preserve"> и </w:t>
      </w:r>
      <w:proofErr w:type="spellStart"/>
      <w:r>
        <w:t>разноски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сделката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поемат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лицето</w:t>
      </w:r>
      <w:proofErr w:type="spellEnd"/>
      <w:r>
        <w:t xml:space="preserve">, в </w:t>
      </w:r>
      <w:proofErr w:type="spellStart"/>
      <w:r>
        <w:t>чиято</w:t>
      </w:r>
      <w:proofErr w:type="spellEnd"/>
      <w:r>
        <w:t xml:space="preserve"> </w:t>
      </w:r>
      <w:proofErr w:type="spellStart"/>
      <w:r>
        <w:t>полза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учредява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, </w:t>
      </w:r>
      <w:proofErr w:type="spellStart"/>
      <w:r>
        <w:t>съобразно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  <w:proofErr w:type="spellStart"/>
      <w:r>
        <w:t>Приходът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продажбата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вещното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постъпва</w:t>
      </w:r>
      <w:proofErr w:type="spellEnd"/>
      <w:r>
        <w:t xml:space="preserve"> в </w:t>
      </w:r>
      <w:proofErr w:type="spellStart"/>
      <w:r>
        <w:t>бюджета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Белене</w:t>
      </w:r>
      <w:proofErr w:type="spellEnd"/>
      <w:r>
        <w:t>.</w:t>
      </w:r>
    </w:p>
    <w:p w14:paraId="1D52E8EF" w14:textId="77777777" w:rsidR="00BD45C1" w:rsidRDefault="00905049" w:rsidP="007F035B">
      <w:pPr>
        <w:spacing w:after="120"/>
        <w:jc w:val="both"/>
      </w:pPr>
      <w:r>
        <w:rPr>
          <w:b/>
        </w:rPr>
        <w:t>4. ОЧАКВАНИ РЕЗУЛТАТИ ОТ ПРИЛАГАНЕТО, ВКЛЮЧИТЕЛНО ФИНАНСОВИТЕ, АКО ИМА ТАКИВА:</w:t>
      </w:r>
    </w:p>
    <w:p w14:paraId="10BED00D" w14:textId="77777777" w:rsidR="00BD45C1" w:rsidRDefault="00905049" w:rsidP="007F035B">
      <w:pPr>
        <w:spacing w:after="120"/>
        <w:ind w:firstLine="709"/>
        <w:jc w:val="both"/>
      </w:pPr>
      <w:proofErr w:type="spellStart"/>
      <w:r>
        <w:t>Очаква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осигурена</w:t>
      </w:r>
      <w:proofErr w:type="spellEnd"/>
      <w:r>
        <w:t xml:space="preserve"> </w:t>
      </w:r>
      <w:proofErr w:type="spellStart"/>
      <w:r>
        <w:t>възможност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законосъобразно</w:t>
      </w:r>
      <w:proofErr w:type="spellEnd"/>
      <w:r>
        <w:t xml:space="preserve"> </w:t>
      </w:r>
      <w:proofErr w:type="spellStart"/>
      <w:r>
        <w:t>реализиране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предвиденото</w:t>
      </w:r>
      <w:proofErr w:type="spellEnd"/>
      <w:r>
        <w:t xml:space="preserve"> </w:t>
      </w:r>
      <w:proofErr w:type="spellStart"/>
      <w:r>
        <w:t>пристрояване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съществуващия</w:t>
      </w:r>
      <w:proofErr w:type="spellEnd"/>
      <w:r>
        <w:t xml:space="preserve"> </w:t>
      </w:r>
      <w:proofErr w:type="spellStart"/>
      <w:r>
        <w:t>търговски</w:t>
      </w:r>
      <w:proofErr w:type="spellEnd"/>
      <w:r>
        <w:t xml:space="preserve"> </w:t>
      </w:r>
      <w:proofErr w:type="spellStart"/>
      <w:r>
        <w:t>обект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съобразяване</w:t>
      </w:r>
      <w:proofErr w:type="spellEnd"/>
      <w:r>
        <w:t xml:space="preserve"> с </w:t>
      </w:r>
      <w:proofErr w:type="spellStart"/>
      <w:r>
        <w:t>одобрения</w:t>
      </w:r>
      <w:proofErr w:type="spellEnd"/>
      <w:r>
        <w:t xml:space="preserve"> ПУП и </w:t>
      </w:r>
      <w:proofErr w:type="spellStart"/>
      <w:r>
        <w:t>изискванията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ЗУТ.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реализиран</w:t>
      </w:r>
      <w:proofErr w:type="spellEnd"/>
      <w:r>
        <w:t xml:space="preserve"> </w:t>
      </w:r>
      <w:proofErr w:type="spellStart"/>
      <w:r>
        <w:t>приход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общинския</w:t>
      </w:r>
      <w:proofErr w:type="spellEnd"/>
      <w:r>
        <w:t xml:space="preserve"> </w:t>
      </w:r>
      <w:proofErr w:type="spellStart"/>
      <w:r>
        <w:t>бюджет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възмездното</w:t>
      </w:r>
      <w:proofErr w:type="spellEnd"/>
      <w:r>
        <w:t xml:space="preserve"> </w:t>
      </w:r>
      <w:proofErr w:type="spellStart"/>
      <w:r>
        <w:t>учредяване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вещното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конкретният</w:t>
      </w:r>
      <w:proofErr w:type="spellEnd"/>
      <w:r>
        <w:t xml:space="preserve">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определен</w:t>
      </w:r>
      <w:proofErr w:type="spellEnd"/>
      <w:r>
        <w:t xml:space="preserve"> </w:t>
      </w:r>
      <w:proofErr w:type="spellStart"/>
      <w:r>
        <w:t>въз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пазарна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и с </w:t>
      </w:r>
      <w:proofErr w:type="spellStart"/>
      <w:r>
        <w:t>решение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Общинския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>.</w:t>
      </w:r>
    </w:p>
    <w:p w14:paraId="0340312F" w14:textId="77777777" w:rsidR="00BD45C1" w:rsidRDefault="00905049" w:rsidP="007F035B">
      <w:pPr>
        <w:spacing w:after="120"/>
        <w:jc w:val="both"/>
      </w:pPr>
      <w:r>
        <w:rPr>
          <w:b/>
        </w:rPr>
        <w:t>5. АНАЛИЗ ЗА СЪОТВЕТСТВИЕТО С ПРАВОТО НА ЕВРОПЕЙСКИЯ СЪЮЗ:</w:t>
      </w:r>
    </w:p>
    <w:p w14:paraId="50AB7CDD" w14:textId="77777777" w:rsidR="00BD45C1" w:rsidRDefault="00905049" w:rsidP="007F035B">
      <w:pPr>
        <w:spacing w:after="120"/>
        <w:ind w:firstLine="709"/>
        <w:jc w:val="both"/>
      </w:pPr>
      <w:proofErr w:type="spellStart"/>
      <w:r>
        <w:t>Предлаганото</w:t>
      </w:r>
      <w:proofErr w:type="spellEnd"/>
      <w:r>
        <w:t xml:space="preserve"> </w:t>
      </w:r>
      <w:proofErr w:type="spellStart"/>
      <w:r>
        <w:t>допълване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Годишната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2026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представлява</w:t>
      </w:r>
      <w:proofErr w:type="spellEnd"/>
      <w:r>
        <w:t xml:space="preserve"> </w:t>
      </w:r>
      <w:proofErr w:type="spellStart"/>
      <w:r>
        <w:t>изменение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програмен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, </w:t>
      </w:r>
      <w:proofErr w:type="spellStart"/>
      <w:r>
        <w:t>приет</w:t>
      </w:r>
      <w:proofErr w:type="spellEnd"/>
      <w:r>
        <w:t xml:space="preserve"> </w:t>
      </w:r>
      <w:proofErr w:type="spellStart"/>
      <w:r>
        <w:t>въз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8, </w:t>
      </w:r>
      <w:proofErr w:type="spellStart"/>
      <w:r>
        <w:t>ал</w:t>
      </w:r>
      <w:proofErr w:type="spellEnd"/>
      <w:r>
        <w:t xml:space="preserve">. 9 ЗОС. </w:t>
      </w:r>
      <w:proofErr w:type="spellStart"/>
      <w:r>
        <w:t>Предметът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предложението</w:t>
      </w:r>
      <w:proofErr w:type="spellEnd"/>
      <w:r>
        <w:t xml:space="preserve"> е </w:t>
      </w:r>
      <w:proofErr w:type="spellStart"/>
      <w:r>
        <w:t>разпореждане</w:t>
      </w:r>
      <w:proofErr w:type="spellEnd"/>
      <w:r>
        <w:t xml:space="preserve"> с </w:t>
      </w:r>
      <w:proofErr w:type="spellStart"/>
      <w:r>
        <w:t>ограничено</w:t>
      </w:r>
      <w:proofErr w:type="spellEnd"/>
      <w:r>
        <w:t xml:space="preserve"> </w:t>
      </w:r>
      <w:proofErr w:type="spellStart"/>
      <w:r>
        <w:t>вещно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имот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националното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 xml:space="preserve">. </w:t>
      </w:r>
      <w:proofErr w:type="spellStart"/>
      <w:r>
        <w:t>Поради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установява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транспониране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Европейския</w:t>
      </w:r>
      <w:proofErr w:type="spellEnd"/>
      <w:r>
        <w:t xml:space="preserve"> </w:t>
      </w:r>
      <w:proofErr w:type="spellStart"/>
      <w:r>
        <w:t>съюз</w:t>
      </w:r>
      <w:proofErr w:type="spellEnd"/>
      <w:r>
        <w:t xml:space="preserve">, </w:t>
      </w:r>
      <w:proofErr w:type="spellStart"/>
      <w:r>
        <w:t>извън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</w:t>
      </w:r>
      <w:proofErr w:type="spellStart"/>
      <w:r>
        <w:t>принципи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приложимото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>.</w:t>
      </w:r>
    </w:p>
    <w:p w14:paraId="5DE20B3E" w14:textId="77777777" w:rsidR="00BD45C1" w:rsidRDefault="00905049" w:rsidP="007F035B">
      <w:pPr>
        <w:spacing w:after="120"/>
        <w:jc w:val="both"/>
      </w:pPr>
      <w:r>
        <w:rPr>
          <w:b/>
        </w:rPr>
        <w:t>6. ФАКТИЧЕСКИ ОСНОВАНИЯ:</w:t>
      </w:r>
    </w:p>
    <w:p w14:paraId="43D63C04" w14:textId="77777777" w:rsidR="00BD45C1" w:rsidRDefault="00905049" w:rsidP="007F035B">
      <w:pPr>
        <w:spacing w:after="120"/>
        <w:ind w:firstLine="283"/>
        <w:jc w:val="both"/>
      </w:pPr>
      <w:r>
        <w:t xml:space="preserve">– ПИ с </w:t>
      </w:r>
      <w:proofErr w:type="spellStart"/>
      <w:r>
        <w:t>идентификатор</w:t>
      </w:r>
      <w:proofErr w:type="spellEnd"/>
      <w:r>
        <w:t xml:space="preserve"> 03366.602.1462 е с </w:t>
      </w:r>
      <w:proofErr w:type="spellStart"/>
      <w:r>
        <w:t>площ</w:t>
      </w:r>
      <w:proofErr w:type="spellEnd"/>
      <w:r>
        <w:t xml:space="preserve"> 4 244 </w:t>
      </w:r>
      <w:proofErr w:type="spellStart"/>
      <w:r>
        <w:t>кв.м</w:t>
      </w:r>
      <w:proofErr w:type="spellEnd"/>
      <w:r>
        <w:t xml:space="preserve">., </w:t>
      </w:r>
      <w:proofErr w:type="spellStart"/>
      <w:r>
        <w:t>трайно</w:t>
      </w:r>
      <w:proofErr w:type="spellEnd"/>
      <w:r>
        <w:t xml:space="preserve"> </w:t>
      </w:r>
      <w:proofErr w:type="spellStart"/>
      <w:r>
        <w:t>предназначение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„</w:t>
      </w:r>
      <w:proofErr w:type="spellStart"/>
      <w:proofErr w:type="gramStart"/>
      <w:r>
        <w:t>Урбанизирана</w:t>
      </w:r>
      <w:proofErr w:type="spellEnd"/>
      <w:r>
        <w:t>“</w:t>
      </w:r>
      <w:proofErr w:type="gramEnd"/>
      <w:r>
        <w:t xml:space="preserve">,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трайно</w:t>
      </w:r>
      <w:proofErr w:type="spellEnd"/>
      <w:r>
        <w:t xml:space="preserve"> </w:t>
      </w:r>
      <w:proofErr w:type="spellStart"/>
      <w:r>
        <w:t>ползване</w:t>
      </w:r>
      <w:proofErr w:type="spellEnd"/>
      <w:r>
        <w:t xml:space="preserve"> „</w:t>
      </w:r>
      <w:proofErr w:type="spellStart"/>
      <w:r>
        <w:t>Комплексно</w:t>
      </w:r>
      <w:proofErr w:type="spellEnd"/>
      <w:r>
        <w:t xml:space="preserve"> </w:t>
      </w:r>
      <w:proofErr w:type="spellStart"/>
      <w:r>
        <w:t>застрояване</w:t>
      </w:r>
      <w:proofErr w:type="spellEnd"/>
      <w:r>
        <w:t xml:space="preserve">“, </w:t>
      </w:r>
      <w:proofErr w:type="spellStart"/>
      <w:r>
        <w:t>адрес</w:t>
      </w:r>
      <w:proofErr w:type="spellEnd"/>
      <w:r>
        <w:t xml:space="preserve">: </w:t>
      </w:r>
      <w:proofErr w:type="spellStart"/>
      <w:r>
        <w:t>гр</w:t>
      </w:r>
      <w:proofErr w:type="spellEnd"/>
      <w:r>
        <w:t xml:space="preserve">. </w:t>
      </w:r>
      <w:proofErr w:type="spellStart"/>
      <w:r>
        <w:t>Белене</w:t>
      </w:r>
      <w:proofErr w:type="spellEnd"/>
      <w:r>
        <w:t xml:space="preserve">, </w:t>
      </w:r>
      <w:proofErr w:type="spellStart"/>
      <w:r>
        <w:t>ул</w:t>
      </w:r>
      <w:proofErr w:type="spellEnd"/>
      <w:r>
        <w:t>. „</w:t>
      </w:r>
      <w:proofErr w:type="spellStart"/>
      <w:r>
        <w:t>Иван</w:t>
      </w:r>
      <w:proofErr w:type="spellEnd"/>
      <w:r>
        <w:t xml:space="preserve"> </w:t>
      </w:r>
      <w:proofErr w:type="spellStart"/>
      <w:r>
        <w:t>Вазов</w:t>
      </w:r>
      <w:proofErr w:type="spellEnd"/>
      <w:r>
        <w:t xml:space="preserve">“ № 8;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предходен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– </w:t>
      </w:r>
      <w:proofErr w:type="spellStart"/>
      <w:r>
        <w:t>квартал</w:t>
      </w:r>
      <w:proofErr w:type="spellEnd"/>
      <w:r>
        <w:t xml:space="preserve"> 42, </w:t>
      </w:r>
      <w:proofErr w:type="spellStart"/>
      <w:r>
        <w:t>парцел</w:t>
      </w:r>
      <w:proofErr w:type="spellEnd"/>
      <w:r>
        <w:t xml:space="preserve"> IV.</w:t>
      </w:r>
    </w:p>
    <w:p w14:paraId="0CC92DEA" w14:textId="77777777" w:rsidR="00BD45C1" w:rsidRDefault="00905049" w:rsidP="007F035B">
      <w:pPr>
        <w:spacing w:after="120"/>
        <w:ind w:firstLine="283"/>
        <w:jc w:val="both"/>
      </w:pPr>
      <w:r>
        <w:t xml:space="preserve">– </w:t>
      </w:r>
      <w:proofErr w:type="spellStart"/>
      <w:r>
        <w:t>Имотът</w:t>
      </w:r>
      <w:proofErr w:type="spellEnd"/>
      <w:r>
        <w:t xml:space="preserve"> е </w:t>
      </w:r>
      <w:proofErr w:type="spellStart"/>
      <w:r>
        <w:t>частна</w:t>
      </w:r>
      <w:proofErr w:type="spellEnd"/>
      <w:r>
        <w:t xml:space="preserve"> </w:t>
      </w:r>
      <w:proofErr w:type="spellStart"/>
      <w:r>
        <w:t>общинска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 xml:space="preserve">, </w:t>
      </w:r>
      <w:proofErr w:type="spellStart"/>
      <w:r>
        <w:t>удостоверена</w:t>
      </w:r>
      <w:proofErr w:type="spellEnd"/>
      <w:r>
        <w:t xml:space="preserve"> с АЧОС № 3054/13.10.2020 г.;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кадастралните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е </w:t>
      </w:r>
      <w:proofErr w:type="spellStart"/>
      <w:r>
        <w:t>посочен</w:t>
      </w:r>
      <w:proofErr w:type="spellEnd"/>
      <w:r>
        <w:t xml:space="preserve"> и </w:t>
      </w:r>
      <w:proofErr w:type="spellStart"/>
      <w:r>
        <w:t>предходен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частна</w:t>
      </w:r>
      <w:proofErr w:type="spellEnd"/>
      <w:r>
        <w:t xml:space="preserve"> </w:t>
      </w:r>
      <w:proofErr w:type="spellStart"/>
      <w:r>
        <w:t>общинска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 xml:space="preserve"> № 64, </w:t>
      </w:r>
      <w:proofErr w:type="spellStart"/>
      <w:r>
        <w:t>том</w:t>
      </w:r>
      <w:proofErr w:type="spellEnd"/>
      <w:r>
        <w:t xml:space="preserve"> 15, </w:t>
      </w:r>
      <w:proofErr w:type="spellStart"/>
      <w:r>
        <w:t>рег</w:t>
      </w:r>
      <w:proofErr w:type="spellEnd"/>
      <w:r>
        <w:t>. № 5373/18.05.2006 г.</w:t>
      </w:r>
    </w:p>
    <w:p w14:paraId="1CF30FED" w14:textId="77777777" w:rsidR="00BD45C1" w:rsidRDefault="00905049" w:rsidP="007F035B">
      <w:pPr>
        <w:spacing w:after="120"/>
        <w:ind w:firstLine="283"/>
        <w:jc w:val="both"/>
      </w:pPr>
      <w:r>
        <w:t xml:space="preserve">– В </w:t>
      </w:r>
      <w:proofErr w:type="spellStart"/>
      <w:r>
        <w:t>имота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намира</w:t>
      </w:r>
      <w:proofErr w:type="spellEnd"/>
      <w:r>
        <w:t xml:space="preserve"> </w:t>
      </w:r>
      <w:proofErr w:type="spellStart"/>
      <w:r>
        <w:t>сграда</w:t>
      </w:r>
      <w:proofErr w:type="spellEnd"/>
      <w:r>
        <w:t xml:space="preserve"> с </w:t>
      </w:r>
      <w:proofErr w:type="spellStart"/>
      <w:r>
        <w:t>идентификатор</w:t>
      </w:r>
      <w:proofErr w:type="spellEnd"/>
      <w:r>
        <w:t xml:space="preserve"> 03366.602.1462.8, </w:t>
      </w:r>
      <w:proofErr w:type="spellStart"/>
      <w:r>
        <w:t>предназначение</w:t>
      </w:r>
      <w:proofErr w:type="spellEnd"/>
      <w:r>
        <w:t xml:space="preserve"> „</w:t>
      </w:r>
      <w:proofErr w:type="spellStart"/>
      <w:r>
        <w:t>Сграда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proofErr w:type="gramStart"/>
      <w:r>
        <w:t>търговия</w:t>
      </w:r>
      <w:proofErr w:type="spellEnd"/>
      <w:r>
        <w:t>“</w:t>
      </w:r>
      <w:proofErr w:type="gramEnd"/>
      <w:r>
        <w:t xml:space="preserve">,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застроена</w:t>
      </w:r>
      <w:proofErr w:type="spellEnd"/>
      <w:r>
        <w:t xml:space="preserve"> </w:t>
      </w:r>
      <w:proofErr w:type="spellStart"/>
      <w:r>
        <w:t>площ</w:t>
      </w:r>
      <w:proofErr w:type="spellEnd"/>
      <w:r>
        <w:t xml:space="preserve"> 81 </w:t>
      </w:r>
      <w:proofErr w:type="spellStart"/>
      <w:r>
        <w:t>кв.м</w:t>
      </w:r>
      <w:proofErr w:type="spellEnd"/>
      <w:r>
        <w:t>.</w:t>
      </w:r>
    </w:p>
    <w:p w14:paraId="33B6A721" w14:textId="77777777" w:rsidR="00BD45C1" w:rsidRDefault="00905049" w:rsidP="007F035B">
      <w:pPr>
        <w:spacing w:after="120"/>
        <w:ind w:firstLine="283"/>
        <w:jc w:val="both"/>
      </w:pPr>
      <w:r>
        <w:lastRenderedPageBreak/>
        <w:t xml:space="preserve">– </w:t>
      </w:r>
      <w:proofErr w:type="spellStart"/>
      <w:r>
        <w:t>Одобрено</w:t>
      </w:r>
      <w:proofErr w:type="spellEnd"/>
      <w:r>
        <w:t xml:space="preserve"> е </w:t>
      </w:r>
      <w:proofErr w:type="spellStart"/>
      <w:r>
        <w:t>изменение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ПУП –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застрояване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УПИ IV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 № 941/21.07.2026 г., </w:t>
      </w:r>
      <w:proofErr w:type="spellStart"/>
      <w:r>
        <w:t>влязла</w:t>
      </w:r>
      <w:proofErr w:type="spellEnd"/>
      <w:r>
        <w:t xml:space="preserve"> в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06.08.2026 г., </w:t>
      </w:r>
      <w:proofErr w:type="spellStart"/>
      <w:r>
        <w:t>предвиждащо</w:t>
      </w:r>
      <w:proofErr w:type="spellEnd"/>
      <w:r>
        <w:t xml:space="preserve"> </w:t>
      </w:r>
      <w:proofErr w:type="spellStart"/>
      <w:r>
        <w:t>увеличение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допустимата</w:t>
      </w:r>
      <w:proofErr w:type="spellEnd"/>
      <w:r>
        <w:t xml:space="preserve"> </w:t>
      </w:r>
      <w:proofErr w:type="spellStart"/>
      <w:r>
        <w:t>застроена</w:t>
      </w:r>
      <w:proofErr w:type="spellEnd"/>
      <w:r>
        <w:t xml:space="preserve"> </w:t>
      </w:r>
      <w:proofErr w:type="spellStart"/>
      <w:r>
        <w:t>площ</w:t>
      </w:r>
      <w:proofErr w:type="spellEnd"/>
      <w:r>
        <w:t xml:space="preserve"> в </w:t>
      </w:r>
      <w:proofErr w:type="spellStart"/>
      <w:r>
        <w:t>северна</w:t>
      </w:r>
      <w:proofErr w:type="spellEnd"/>
      <w:r>
        <w:t xml:space="preserve"> </w:t>
      </w:r>
      <w:proofErr w:type="spellStart"/>
      <w:r>
        <w:t>посока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посочената</w:t>
      </w:r>
      <w:proofErr w:type="spellEnd"/>
      <w:r>
        <w:t xml:space="preserve"> </w:t>
      </w:r>
      <w:proofErr w:type="spellStart"/>
      <w:r>
        <w:t>търговска</w:t>
      </w:r>
      <w:proofErr w:type="spellEnd"/>
      <w:r>
        <w:t xml:space="preserve"> </w:t>
      </w:r>
      <w:proofErr w:type="spellStart"/>
      <w:r>
        <w:t>сграда</w:t>
      </w:r>
      <w:proofErr w:type="spellEnd"/>
      <w:r>
        <w:t>.</w:t>
      </w:r>
    </w:p>
    <w:p w14:paraId="1E34FA53" w14:textId="65902429" w:rsidR="00BD45C1" w:rsidRDefault="00905049" w:rsidP="008D6F3C">
      <w:pPr>
        <w:spacing w:after="120"/>
        <w:ind w:firstLine="283"/>
        <w:jc w:val="both"/>
        <w:rPr>
          <w:lang w:val="bg-BG"/>
        </w:rPr>
      </w:pPr>
      <w:r>
        <w:t xml:space="preserve">– </w:t>
      </w:r>
      <w:proofErr w:type="spellStart"/>
      <w:r>
        <w:t>Инвестиционното</w:t>
      </w:r>
      <w:proofErr w:type="spellEnd"/>
      <w:r>
        <w:t xml:space="preserve"> </w:t>
      </w:r>
      <w:proofErr w:type="spellStart"/>
      <w:r>
        <w:t>намерение</w:t>
      </w:r>
      <w:proofErr w:type="spellEnd"/>
      <w:r>
        <w:t xml:space="preserve"> е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допълнително</w:t>
      </w:r>
      <w:proofErr w:type="spellEnd"/>
      <w:r>
        <w:t xml:space="preserve"> </w:t>
      </w:r>
      <w:proofErr w:type="spellStart"/>
      <w:r>
        <w:t>застрояване</w:t>
      </w:r>
      <w:proofErr w:type="spellEnd"/>
      <w:r>
        <w:t xml:space="preserve"> с </w:t>
      </w:r>
      <w:proofErr w:type="spellStart"/>
      <w:r>
        <w:t>площ</w:t>
      </w:r>
      <w:proofErr w:type="spellEnd"/>
      <w:r>
        <w:t xml:space="preserve"> </w:t>
      </w:r>
      <w:r w:rsidRPr="008D6F3C">
        <w:t>3</w:t>
      </w:r>
      <w:r w:rsidRPr="008D6F3C">
        <w:rPr>
          <w:lang w:val="bg-BG"/>
        </w:rPr>
        <w:t xml:space="preserve">2,40 </w:t>
      </w:r>
      <w:proofErr w:type="spellStart"/>
      <w:r w:rsidRPr="008D6F3C">
        <w:rPr>
          <w:lang w:val="bg-BG"/>
        </w:rPr>
        <w:t>кв.м</w:t>
      </w:r>
      <w:proofErr w:type="spellEnd"/>
      <w:r w:rsidR="008D6F3C">
        <w:rPr>
          <w:lang w:val="bg-BG"/>
        </w:rPr>
        <w:t xml:space="preserve">.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вече</w:t>
      </w:r>
      <w:proofErr w:type="spellEnd"/>
      <w:r>
        <w:t xml:space="preserve"> </w:t>
      </w:r>
      <w:proofErr w:type="spellStart"/>
      <w:r>
        <w:t>придобито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строеж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81 </w:t>
      </w:r>
      <w:proofErr w:type="spellStart"/>
      <w:r>
        <w:t>кв.м</w:t>
      </w:r>
      <w:proofErr w:type="spellEnd"/>
      <w:r>
        <w:t xml:space="preserve">.,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представлява</w:t>
      </w:r>
      <w:proofErr w:type="spellEnd"/>
      <w:r>
        <w:t xml:space="preserve"> </w:t>
      </w:r>
      <w:r w:rsidRPr="008D6F3C">
        <w:rPr>
          <w:lang w:val="bg-BG"/>
        </w:rPr>
        <w:t xml:space="preserve">40,0 </w:t>
      </w:r>
      <w:r w:rsidRPr="008D6F3C">
        <w:t>%</w:t>
      </w:r>
      <w:r>
        <w:t xml:space="preserve"> </w:t>
      </w:r>
      <w:proofErr w:type="spellStart"/>
      <w:r>
        <w:t>увеличение</w:t>
      </w:r>
      <w:proofErr w:type="spellEnd"/>
      <w:r>
        <w:t xml:space="preserve"> и е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допустимия</w:t>
      </w:r>
      <w:proofErr w:type="spellEnd"/>
      <w:r>
        <w:t xml:space="preserve"> </w:t>
      </w:r>
      <w:proofErr w:type="spellStart"/>
      <w:r>
        <w:t>максимум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50%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76, </w:t>
      </w:r>
      <w:proofErr w:type="spellStart"/>
      <w:r>
        <w:t>ал</w:t>
      </w:r>
      <w:proofErr w:type="spellEnd"/>
      <w:r>
        <w:t xml:space="preserve">. 4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Наредбата</w:t>
      </w:r>
      <w:proofErr w:type="spellEnd"/>
      <w:r>
        <w:t>.</w:t>
      </w:r>
    </w:p>
    <w:p w14:paraId="4AFE32EF" w14:textId="3482DD74" w:rsidR="00347AAD" w:rsidRPr="00347AAD" w:rsidRDefault="00347AAD" w:rsidP="008D6F3C">
      <w:pPr>
        <w:spacing w:after="120"/>
        <w:ind w:firstLine="283"/>
        <w:jc w:val="both"/>
        <w:rPr>
          <w:lang w:val="bg-BG"/>
        </w:rPr>
      </w:pPr>
      <w:r>
        <w:rPr>
          <w:lang w:val="bg-BG"/>
        </w:rPr>
        <w:t xml:space="preserve">     Имотът не е включен в </w:t>
      </w:r>
      <w:proofErr w:type="spellStart"/>
      <w:r w:rsidRPr="000D64F7">
        <w:t>Годишната</w:t>
      </w:r>
      <w:proofErr w:type="spellEnd"/>
      <w:r w:rsidRPr="000D64F7">
        <w:t xml:space="preserve"> </w:t>
      </w:r>
      <w:proofErr w:type="spellStart"/>
      <w:r w:rsidRPr="000D64F7">
        <w:t>програма</w:t>
      </w:r>
      <w:proofErr w:type="spellEnd"/>
      <w:r w:rsidRPr="000D64F7">
        <w:t xml:space="preserve"> </w:t>
      </w:r>
      <w:proofErr w:type="spellStart"/>
      <w:r w:rsidRPr="000D64F7">
        <w:t>за</w:t>
      </w:r>
      <w:proofErr w:type="spellEnd"/>
      <w:r w:rsidRPr="000D64F7">
        <w:t xml:space="preserve"> </w:t>
      </w:r>
      <w:proofErr w:type="spellStart"/>
      <w:r w:rsidRPr="000D64F7">
        <w:t>управление</w:t>
      </w:r>
      <w:proofErr w:type="spellEnd"/>
      <w:r w:rsidRPr="000D64F7">
        <w:t xml:space="preserve"> и </w:t>
      </w:r>
      <w:proofErr w:type="spellStart"/>
      <w:r w:rsidRPr="000D64F7">
        <w:t>разпореждане</w:t>
      </w:r>
      <w:proofErr w:type="spellEnd"/>
      <w:r w:rsidRPr="000D64F7">
        <w:t xml:space="preserve"> с </w:t>
      </w:r>
      <w:proofErr w:type="spellStart"/>
      <w:r w:rsidRPr="000D64F7">
        <w:t>имоти</w:t>
      </w:r>
      <w:proofErr w:type="spellEnd"/>
      <w:r w:rsidRPr="000D64F7">
        <w:t xml:space="preserve"> – </w:t>
      </w:r>
      <w:proofErr w:type="spellStart"/>
      <w:r w:rsidRPr="000D64F7">
        <w:t>общинска</w:t>
      </w:r>
      <w:proofErr w:type="spellEnd"/>
      <w:r w:rsidRPr="000D64F7">
        <w:t xml:space="preserve"> </w:t>
      </w:r>
      <w:proofErr w:type="spellStart"/>
      <w:r w:rsidRPr="000D64F7">
        <w:t>собственост</w:t>
      </w:r>
      <w:proofErr w:type="spellEnd"/>
      <w:r w:rsidRPr="000D64F7">
        <w:t xml:space="preserve"> </w:t>
      </w:r>
      <w:proofErr w:type="spellStart"/>
      <w:r w:rsidRPr="000D64F7">
        <w:t>за</w:t>
      </w:r>
      <w:proofErr w:type="spellEnd"/>
      <w:r w:rsidRPr="000D64F7">
        <w:t xml:space="preserve"> 2026 </w:t>
      </w:r>
      <w:proofErr w:type="spellStart"/>
      <w:r w:rsidRPr="000D64F7">
        <w:t>година</w:t>
      </w:r>
      <w:proofErr w:type="spellEnd"/>
      <w:r>
        <w:rPr>
          <w:lang w:val="bg-BG"/>
        </w:rPr>
        <w:t>, като такъв, който общината</w:t>
      </w:r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намерение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предложи</w:t>
      </w:r>
      <w:proofErr w:type="spellEnd"/>
      <w:r>
        <w:t xml:space="preserve"> </w:t>
      </w:r>
      <w:proofErr w:type="spellStart"/>
      <w:r>
        <w:t>за</w:t>
      </w:r>
      <w:proofErr w:type="spellEnd"/>
      <w:r w:rsidRPr="00C10DCB">
        <w:t xml:space="preserve"> </w:t>
      </w:r>
      <w:proofErr w:type="spellStart"/>
      <w:r>
        <w:t>учредяване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ограничени</w:t>
      </w:r>
      <w:proofErr w:type="spellEnd"/>
      <w:r>
        <w:t xml:space="preserve"> </w:t>
      </w:r>
      <w:proofErr w:type="spellStart"/>
      <w:r>
        <w:t>вещни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rPr>
          <w:lang w:val="bg-BG"/>
        </w:rPr>
        <w:t>.</w:t>
      </w:r>
    </w:p>
    <w:p w14:paraId="0A100E3E" w14:textId="77777777" w:rsidR="00BD45C1" w:rsidRDefault="00905049" w:rsidP="007F035B">
      <w:pPr>
        <w:spacing w:after="120"/>
        <w:jc w:val="both"/>
      </w:pPr>
      <w:r>
        <w:rPr>
          <w:b/>
        </w:rPr>
        <w:t>7. ПРАВНИ ОСНОВАНИЯ:</w:t>
      </w:r>
    </w:p>
    <w:p w14:paraId="24FF09A9" w14:textId="011F96C0" w:rsidR="00BD45C1" w:rsidRDefault="00905049" w:rsidP="007F035B">
      <w:pPr>
        <w:spacing w:after="120"/>
        <w:ind w:firstLine="709"/>
        <w:jc w:val="both"/>
      </w:pPr>
      <w:proofErr w:type="spellStart"/>
      <w:r>
        <w:t>Предложението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основава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21, </w:t>
      </w:r>
      <w:proofErr w:type="spellStart"/>
      <w:r>
        <w:t>ал</w:t>
      </w:r>
      <w:proofErr w:type="spellEnd"/>
      <w:r>
        <w:t xml:space="preserve">. 1, т. 8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местното</w:t>
      </w:r>
      <w:proofErr w:type="spellEnd"/>
      <w:r>
        <w:t xml:space="preserve"> </w:t>
      </w:r>
      <w:proofErr w:type="spellStart"/>
      <w:r>
        <w:t>самоуправление</w:t>
      </w:r>
      <w:proofErr w:type="spellEnd"/>
      <w:r>
        <w:t xml:space="preserve"> и </w:t>
      </w:r>
      <w:proofErr w:type="spellStart"/>
      <w:r>
        <w:t>местната</w:t>
      </w:r>
      <w:proofErr w:type="spellEnd"/>
      <w:r>
        <w:t xml:space="preserve"> </w:t>
      </w:r>
      <w:proofErr w:type="spellStart"/>
      <w:r>
        <w:t>администрация</w:t>
      </w:r>
      <w:proofErr w:type="spellEnd"/>
      <w:r w:rsidR="008525A9">
        <w:rPr>
          <w:lang w:val="bg-BG"/>
        </w:rPr>
        <w:t xml:space="preserve"> и </w:t>
      </w:r>
      <w:proofErr w:type="spellStart"/>
      <w:r>
        <w:t>чл</w:t>
      </w:r>
      <w:proofErr w:type="spellEnd"/>
      <w:r>
        <w:t xml:space="preserve">. 8, </w:t>
      </w:r>
      <w:proofErr w:type="spellStart"/>
      <w:r>
        <w:t>ал</w:t>
      </w:r>
      <w:proofErr w:type="spellEnd"/>
      <w:r>
        <w:t xml:space="preserve">. 9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общинската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 w:rsidR="008525A9">
        <w:rPr>
          <w:lang w:val="bg-BG"/>
        </w:rPr>
        <w:t xml:space="preserve">. </w:t>
      </w:r>
    </w:p>
    <w:p w14:paraId="28513DEE" w14:textId="24EC4720" w:rsidR="00C45068" w:rsidRPr="000D64F7" w:rsidRDefault="00C45068" w:rsidP="00C45068">
      <w:pPr>
        <w:pStyle w:val="affc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0D64F7">
        <w:rPr>
          <w:sz w:val="22"/>
          <w:szCs w:val="22"/>
        </w:rPr>
        <w:t xml:space="preserve">Предвид гореизложеното, предложението за </w:t>
      </w:r>
      <w:r w:rsidR="00AF7F0B">
        <w:rPr>
          <w:sz w:val="22"/>
          <w:szCs w:val="22"/>
        </w:rPr>
        <w:t>актуализиране</w:t>
      </w:r>
      <w:r w:rsidR="000D64F7" w:rsidRPr="000D64F7">
        <w:rPr>
          <w:sz w:val="22"/>
          <w:szCs w:val="22"/>
        </w:rPr>
        <w:t xml:space="preserve"> на Годишната програма за управление и разпореждане с имоти – общинска собственост за 2026 година</w:t>
      </w:r>
      <w:r w:rsidRPr="000D64F7">
        <w:rPr>
          <w:sz w:val="22"/>
          <w:szCs w:val="22"/>
        </w:rPr>
        <w:t>, е  както следва:</w:t>
      </w:r>
    </w:p>
    <w:p w14:paraId="2C3E0D40" w14:textId="77777777" w:rsidR="00C128A1" w:rsidRDefault="00C128A1" w:rsidP="007F035B">
      <w:pPr>
        <w:spacing w:after="120"/>
        <w:ind w:firstLine="709"/>
        <w:jc w:val="both"/>
        <w:rPr>
          <w:lang w:val="bg-BG"/>
        </w:rPr>
      </w:pPr>
    </w:p>
    <w:p w14:paraId="0192C720" w14:textId="77777777" w:rsidR="00C128A1" w:rsidRPr="000D64F7" w:rsidRDefault="00C128A1" w:rsidP="000D64F7">
      <w:pPr>
        <w:spacing w:after="160"/>
        <w:rPr>
          <w:b/>
          <w:sz w:val="24"/>
          <w:u w:val="single"/>
          <w:lang w:val="bg-BG"/>
        </w:rPr>
      </w:pPr>
      <w:r w:rsidRPr="000D64F7">
        <w:rPr>
          <w:b/>
          <w:sz w:val="24"/>
          <w:u w:val="single"/>
        </w:rPr>
        <w:t xml:space="preserve">ПРОЕКТ </w:t>
      </w:r>
    </w:p>
    <w:p w14:paraId="4121F555" w14:textId="77777777" w:rsidR="00AF7F0B" w:rsidRDefault="00AF7F0B" w:rsidP="00C128A1">
      <w:pPr>
        <w:spacing w:after="160"/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>АКТУАЛИЗАЦИЯ</w:t>
      </w:r>
      <w:r w:rsidR="00C128A1">
        <w:rPr>
          <w:b/>
          <w:sz w:val="24"/>
        </w:rPr>
        <w:t xml:space="preserve"> </w:t>
      </w:r>
    </w:p>
    <w:p w14:paraId="76EDCEF8" w14:textId="3401B8F9" w:rsidR="00C128A1" w:rsidRPr="00C128A1" w:rsidRDefault="00C128A1" w:rsidP="00C128A1">
      <w:pPr>
        <w:spacing w:after="160"/>
        <w:jc w:val="center"/>
        <w:rPr>
          <w:lang w:val="bg-BG"/>
        </w:rPr>
      </w:pPr>
      <w:r>
        <w:rPr>
          <w:b/>
          <w:sz w:val="24"/>
        </w:rPr>
        <w:t xml:space="preserve">НА </w:t>
      </w:r>
      <w:r w:rsidRPr="00C128A1">
        <w:rPr>
          <w:b/>
          <w:bCs/>
        </w:rPr>
        <w:t>ГОДИШНАТА ПРОГРАМА ЗА УПРАВЛЕНИЕ И РАЗПОРЕЖДАНЕ С ИМОТИ – ОБЩИНСКА СОБСТВЕНОСТ ЗА 2026 ГОДИНА</w:t>
      </w:r>
      <w:r w:rsidRPr="00C128A1">
        <w:rPr>
          <w:lang w:val="bg-BG"/>
        </w:rPr>
        <w:t xml:space="preserve"> </w:t>
      </w:r>
    </w:p>
    <w:p w14:paraId="1C29F0B7" w14:textId="77777777" w:rsidR="00C128A1" w:rsidRDefault="00C128A1" w:rsidP="00C128A1">
      <w:pPr>
        <w:spacing w:after="160"/>
        <w:jc w:val="center"/>
        <w:rPr>
          <w:lang w:val="bg-BG"/>
        </w:rPr>
      </w:pPr>
    </w:p>
    <w:p w14:paraId="05A6E958" w14:textId="328AD63C" w:rsidR="00C10DCB" w:rsidRDefault="00C128A1" w:rsidP="00C10DCB">
      <w:pPr>
        <w:spacing w:after="160"/>
        <w:jc w:val="both"/>
        <w:rPr>
          <w:lang w:val="bg-BG"/>
        </w:rPr>
      </w:pPr>
      <w:r>
        <w:t xml:space="preserve">§ 1. В </w:t>
      </w:r>
      <w:r w:rsidR="000D64F7" w:rsidRPr="000D64F7">
        <w:rPr>
          <w:b/>
          <w:bCs/>
        </w:rPr>
        <w:t>РАЗДЕЛ ВТОРИ</w:t>
      </w:r>
      <w:r w:rsidR="000D64F7">
        <w:rPr>
          <w:lang w:val="bg-BG"/>
        </w:rPr>
        <w:t xml:space="preserve"> </w:t>
      </w:r>
      <w:proofErr w:type="spellStart"/>
      <w:r w:rsidR="000D64F7">
        <w:t>Описание</w:t>
      </w:r>
      <w:proofErr w:type="spellEnd"/>
      <w:r w:rsidR="000D64F7">
        <w:t xml:space="preserve"> </w:t>
      </w:r>
      <w:proofErr w:type="spellStart"/>
      <w:r w:rsidR="000D64F7">
        <w:t>на</w:t>
      </w:r>
      <w:proofErr w:type="spellEnd"/>
      <w:r w:rsidR="000D64F7">
        <w:t xml:space="preserve"> </w:t>
      </w:r>
      <w:proofErr w:type="spellStart"/>
      <w:r w:rsidR="000D64F7">
        <w:t>имотите</w:t>
      </w:r>
      <w:proofErr w:type="spellEnd"/>
      <w:r w:rsidR="000D64F7">
        <w:t xml:space="preserve">, </w:t>
      </w:r>
      <w:proofErr w:type="spellStart"/>
      <w:r w:rsidR="000D64F7">
        <w:t>които</w:t>
      </w:r>
      <w:proofErr w:type="spellEnd"/>
      <w:r w:rsidR="000D64F7">
        <w:t xml:space="preserve"> </w:t>
      </w:r>
      <w:proofErr w:type="spellStart"/>
      <w:r w:rsidR="000D64F7">
        <w:t>общината</w:t>
      </w:r>
      <w:proofErr w:type="spellEnd"/>
      <w:r w:rsidR="000D64F7">
        <w:t xml:space="preserve"> </w:t>
      </w:r>
      <w:proofErr w:type="spellStart"/>
      <w:r w:rsidR="000D64F7">
        <w:t>има</w:t>
      </w:r>
      <w:proofErr w:type="spellEnd"/>
      <w:r w:rsidR="000D64F7">
        <w:t xml:space="preserve"> </w:t>
      </w:r>
      <w:proofErr w:type="spellStart"/>
      <w:r w:rsidR="000D64F7">
        <w:t>намерение</w:t>
      </w:r>
      <w:proofErr w:type="spellEnd"/>
      <w:r w:rsidR="000D64F7">
        <w:t xml:space="preserve"> </w:t>
      </w:r>
      <w:proofErr w:type="spellStart"/>
      <w:r w:rsidR="000D64F7">
        <w:t>да</w:t>
      </w:r>
      <w:proofErr w:type="spellEnd"/>
      <w:r w:rsidR="000D64F7">
        <w:t xml:space="preserve"> </w:t>
      </w:r>
      <w:proofErr w:type="spellStart"/>
      <w:r w:rsidR="000D64F7">
        <w:t>предложи</w:t>
      </w:r>
      <w:proofErr w:type="spellEnd"/>
      <w:r w:rsidR="000D64F7">
        <w:t xml:space="preserve"> </w:t>
      </w:r>
      <w:proofErr w:type="spellStart"/>
      <w:r w:rsidR="000D64F7">
        <w:t>за</w:t>
      </w:r>
      <w:proofErr w:type="spellEnd"/>
      <w:r w:rsidR="000D64F7">
        <w:t xml:space="preserve"> </w:t>
      </w:r>
      <w:proofErr w:type="spellStart"/>
      <w:r w:rsidR="000D64F7">
        <w:t>предоставяне</w:t>
      </w:r>
      <w:proofErr w:type="spellEnd"/>
      <w:r w:rsidR="000D64F7">
        <w:t xml:space="preserve"> </w:t>
      </w:r>
      <w:proofErr w:type="spellStart"/>
      <w:r w:rsidR="000D64F7">
        <w:t>под</w:t>
      </w:r>
      <w:proofErr w:type="spellEnd"/>
      <w:r w:rsidR="000D64F7">
        <w:t xml:space="preserve"> </w:t>
      </w:r>
      <w:proofErr w:type="spellStart"/>
      <w:r w:rsidR="000D64F7">
        <w:t>наем</w:t>
      </w:r>
      <w:proofErr w:type="spellEnd"/>
      <w:r w:rsidR="000D64F7">
        <w:t xml:space="preserve">, </w:t>
      </w:r>
      <w:proofErr w:type="spellStart"/>
      <w:r w:rsidR="000D64F7">
        <w:t>за</w:t>
      </w:r>
      <w:proofErr w:type="spellEnd"/>
      <w:r w:rsidR="000D64F7">
        <w:t xml:space="preserve"> </w:t>
      </w:r>
      <w:proofErr w:type="spellStart"/>
      <w:r w:rsidR="000D64F7">
        <w:t>продажба</w:t>
      </w:r>
      <w:proofErr w:type="spellEnd"/>
      <w:r w:rsidR="000D64F7">
        <w:t xml:space="preserve">, </w:t>
      </w:r>
      <w:proofErr w:type="spellStart"/>
      <w:r w:rsidR="000D64F7">
        <w:t>за</w:t>
      </w:r>
      <w:proofErr w:type="spellEnd"/>
      <w:r w:rsidR="000D64F7">
        <w:t xml:space="preserve"> </w:t>
      </w:r>
      <w:proofErr w:type="spellStart"/>
      <w:r w:rsidR="000D64F7">
        <w:t>внасяне</w:t>
      </w:r>
      <w:proofErr w:type="spellEnd"/>
      <w:r w:rsidR="000D64F7">
        <w:t xml:space="preserve"> </w:t>
      </w:r>
      <w:proofErr w:type="spellStart"/>
      <w:r w:rsidR="000D64F7">
        <w:t>като</w:t>
      </w:r>
      <w:proofErr w:type="spellEnd"/>
      <w:r w:rsidR="000D64F7">
        <w:t xml:space="preserve"> </w:t>
      </w:r>
      <w:proofErr w:type="spellStart"/>
      <w:r w:rsidR="000D64F7">
        <w:t>непарична</w:t>
      </w:r>
      <w:proofErr w:type="spellEnd"/>
      <w:r w:rsidR="000D64F7">
        <w:t xml:space="preserve"> </w:t>
      </w:r>
      <w:proofErr w:type="spellStart"/>
      <w:r w:rsidR="000D64F7">
        <w:t>вноска</w:t>
      </w:r>
      <w:proofErr w:type="spellEnd"/>
      <w:r w:rsidR="000D64F7">
        <w:t xml:space="preserve"> в </w:t>
      </w:r>
      <w:proofErr w:type="spellStart"/>
      <w:r w:rsidR="000D64F7">
        <w:t>капитала</w:t>
      </w:r>
      <w:proofErr w:type="spellEnd"/>
      <w:r w:rsidR="000D64F7">
        <w:t xml:space="preserve"> </w:t>
      </w:r>
      <w:proofErr w:type="spellStart"/>
      <w:r w:rsidR="000D64F7">
        <w:t>на</w:t>
      </w:r>
      <w:proofErr w:type="spellEnd"/>
      <w:r w:rsidR="000D64F7">
        <w:t xml:space="preserve"> </w:t>
      </w:r>
      <w:proofErr w:type="spellStart"/>
      <w:r w:rsidR="000D64F7">
        <w:t>търговски</w:t>
      </w:r>
      <w:proofErr w:type="spellEnd"/>
      <w:r w:rsidR="000D64F7">
        <w:t xml:space="preserve"> </w:t>
      </w:r>
      <w:proofErr w:type="spellStart"/>
      <w:r w:rsidR="000D64F7">
        <w:t>дружества</w:t>
      </w:r>
      <w:proofErr w:type="spellEnd"/>
      <w:r w:rsidR="000D64F7">
        <w:t xml:space="preserve">, </w:t>
      </w:r>
      <w:proofErr w:type="spellStart"/>
      <w:r w:rsidR="000D64F7">
        <w:t>за</w:t>
      </w:r>
      <w:proofErr w:type="spellEnd"/>
      <w:r w:rsidR="000D64F7">
        <w:t xml:space="preserve"> </w:t>
      </w:r>
      <w:proofErr w:type="spellStart"/>
      <w:r w:rsidR="000D64F7">
        <w:t>учредяване</w:t>
      </w:r>
      <w:proofErr w:type="spellEnd"/>
      <w:r w:rsidR="000D64F7">
        <w:t xml:space="preserve"> </w:t>
      </w:r>
      <w:proofErr w:type="spellStart"/>
      <w:r w:rsidR="000D64F7">
        <w:t>на</w:t>
      </w:r>
      <w:proofErr w:type="spellEnd"/>
      <w:r w:rsidR="000D64F7">
        <w:t xml:space="preserve"> </w:t>
      </w:r>
      <w:proofErr w:type="spellStart"/>
      <w:r w:rsidR="000D64F7">
        <w:t>ограничени</w:t>
      </w:r>
      <w:proofErr w:type="spellEnd"/>
      <w:r w:rsidR="000D64F7">
        <w:t xml:space="preserve"> </w:t>
      </w:r>
      <w:proofErr w:type="spellStart"/>
      <w:r w:rsidR="000D64F7">
        <w:t>вещни</w:t>
      </w:r>
      <w:proofErr w:type="spellEnd"/>
      <w:r w:rsidR="000D64F7">
        <w:t xml:space="preserve"> </w:t>
      </w:r>
      <w:proofErr w:type="spellStart"/>
      <w:r w:rsidR="000D64F7">
        <w:t>права</w:t>
      </w:r>
      <w:proofErr w:type="spellEnd"/>
      <w:r w:rsidR="000D64F7">
        <w:t xml:space="preserve">, </w:t>
      </w:r>
      <w:proofErr w:type="spellStart"/>
      <w:r w:rsidR="000D64F7">
        <w:t>както</w:t>
      </w:r>
      <w:proofErr w:type="spellEnd"/>
      <w:r w:rsidR="000D64F7">
        <w:t xml:space="preserve"> и </w:t>
      </w:r>
      <w:proofErr w:type="spellStart"/>
      <w:r w:rsidR="000D64F7">
        <w:t>за</w:t>
      </w:r>
      <w:proofErr w:type="spellEnd"/>
      <w:r w:rsidR="000D64F7">
        <w:t xml:space="preserve"> </w:t>
      </w:r>
      <w:proofErr w:type="spellStart"/>
      <w:r w:rsidR="000D64F7">
        <w:t>възлагане</w:t>
      </w:r>
      <w:proofErr w:type="spellEnd"/>
      <w:r w:rsidR="000D64F7">
        <w:t xml:space="preserve"> </w:t>
      </w:r>
      <w:proofErr w:type="spellStart"/>
      <w:r w:rsidR="000D64F7">
        <w:t>чрез</w:t>
      </w:r>
      <w:proofErr w:type="spellEnd"/>
      <w:r w:rsidR="000D64F7">
        <w:t xml:space="preserve"> </w:t>
      </w:r>
      <w:proofErr w:type="spellStart"/>
      <w:r w:rsidR="000D64F7">
        <w:t>концесия</w:t>
      </w:r>
      <w:proofErr w:type="spellEnd"/>
      <w:r w:rsidR="000D64F7">
        <w:rPr>
          <w:lang w:val="bg-BG"/>
        </w:rPr>
        <w:t>,</w:t>
      </w:r>
      <w:r w:rsidR="000D64F7">
        <w:t xml:space="preserve"> </w:t>
      </w:r>
      <w:proofErr w:type="spellStart"/>
      <w:r>
        <w:t>се</w:t>
      </w:r>
      <w:proofErr w:type="spellEnd"/>
      <w:r>
        <w:t xml:space="preserve"> </w:t>
      </w:r>
      <w:r w:rsidR="000D64F7">
        <w:rPr>
          <w:lang w:val="bg-BG"/>
        </w:rPr>
        <w:t>добавя</w:t>
      </w:r>
      <w:r w:rsidR="00C10DCB">
        <w:rPr>
          <w:lang w:val="bg-BG"/>
        </w:rPr>
        <w:t xml:space="preserve">: </w:t>
      </w:r>
    </w:p>
    <w:p w14:paraId="1242673F" w14:textId="2AD145C9" w:rsidR="00C128A1" w:rsidRPr="00581CAB" w:rsidRDefault="00C10DCB" w:rsidP="00581CAB">
      <w:pPr>
        <w:spacing w:after="160"/>
        <w:jc w:val="both"/>
        <w:rPr>
          <w:lang w:val="bg-BG"/>
        </w:rPr>
      </w:pPr>
      <w:r>
        <w:t>VI</w:t>
      </w:r>
      <w:r>
        <w:rPr>
          <w:lang w:val="bg-BG"/>
        </w:rPr>
        <w:t>.</w:t>
      </w:r>
      <w:r>
        <w:t xml:space="preserve"> </w:t>
      </w:r>
      <w:r>
        <w:rPr>
          <w:lang w:val="bg-BG"/>
        </w:rPr>
        <w:t>Списък на имотите, които общината</w:t>
      </w:r>
      <w:r w:rsidR="00C128A1"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намерение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предложи</w:t>
      </w:r>
      <w:proofErr w:type="spellEnd"/>
      <w:r>
        <w:t xml:space="preserve"> </w:t>
      </w:r>
      <w:proofErr w:type="spellStart"/>
      <w:r>
        <w:t>за</w:t>
      </w:r>
      <w:proofErr w:type="spellEnd"/>
      <w:r w:rsidRPr="00C10DCB">
        <w:t xml:space="preserve"> </w:t>
      </w:r>
      <w:proofErr w:type="spellStart"/>
      <w:r>
        <w:t>учредяване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ограничени</w:t>
      </w:r>
      <w:proofErr w:type="spellEnd"/>
      <w:r>
        <w:t xml:space="preserve"> </w:t>
      </w:r>
      <w:proofErr w:type="spellStart"/>
      <w:r>
        <w:t>вещни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rPr>
          <w:lang w:val="bg-BG"/>
        </w:rPr>
        <w:t>:</w:t>
      </w:r>
      <w:r>
        <w:t xml:space="preserve"> 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948"/>
        <w:gridCol w:w="3118"/>
        <w:gridCol w:w="2948"/>
      </w:tblGrid>
      <w:tr w:rsidR="00C128A1" w14:paraId="7A505F85" w14:textId="77777777" w:rsidTr="0064070D">
        <w:trPr>
          <w:jc w:val="center"/>
        </w:trPr>
        <w:tc>
          <w:tcPr>
            <w:tcW w:w="567" w:type="dxa"/>
          </w:tcPr>
          <w:p w14:paraId="187F8FF7" w14:textId="77777777" w:rsidR="00C128A1" w:rsidRDefault="00C128A1" w:rsidP="0064070D">
            <w:pPr>
              <w:jc w:val="both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2948" w:type="dxa"/>
          </w:tcPr>
          <w:p w14:paraId="70C2B36B" w14:textId="77777777" w:rsidR="00C128A1" w:rsidRDefault="00C128A1" w:rsidP="0064070D">
            <w:pPr>
              <w:jc w:val="both"/>
            </w:pPr>
            <w:proofErr w:type="spellStart"/>
            <w:r>
              <w:rPr>
                <w:b/>
                <w:sz w:val="18"/>
              </w:rPr>
              <w:t>Имот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местонахождение</w:t>
            </w:r>
            <w:proofErr w:type="spellEnd"/>
          </w:p>
        </w:tc>
        <w:tc>
          <w:tcPr>
            <w:tcW w:w="3118" w:type="dxa"/>
          </w:tcPr>
          <w:p w14:paraId="786A1504" w14:textId="77777777" w:rsidR="00C128A1" w:rsidRDefault="00C128A1" w:rsidP="0064070D">
            <w:pPr>
              <w:jc w:val="both"/>
            </w:pPr>
            <w:proofErr w:type="spellStart"/>
            <w:r>
              <w:rPr>
                <w:b/>
                <w:sz w:val="18"/>
              </w:rPr>
              <w:t>Предмет</w:t>
            </w:r>
            <w:proofErr w:type="spellEnd"/>
            <w:r>
              <w:rPr>
                <w:b/>
                <w:sz w:val="18"/>
              </w:rPr>
              <w:t xml:space="preserve"> и </w:t>
            </w:r>
            <w:proofErr w:type="spellStart"/>
            <w:r>
              <w:rPr>
                <w:b/>
                <w:sz w:val="18"/>
              </w:rPr>
              <w:t>площ</w:t>
            </w:r>
            <w:proofErr w:type="spellEnd"/>
          </w:p>
        </w:tc>
        <w:tc>
          <w:tcPr>
            <w:tcW w:w="2948" w:type="dxa"/>
          </w:tcPr>
          <w:p w14:paraId="18B5321E" w14:textId="77777777" w:rsidR="00C128A1" w:rsidRDefault="00C128A1" w:rsidP="0064070D">
            <w:pPr>
              <w:jc w:val="both"/>
            </w:pPr>
            <w:proofErr w:type="spellStart"/>
            <w:r>
              <w:rPr>
                <w:b/>
                <w:sz w:val="18"/>
              </w:rPr>
              <w:t>Условия</w:t>
            </w:r>
            <w:proofErr w:type="spellEnd"/>
          </w:p>
        </w:tc>
      </w:tr>
      <w:tr w:rsidR="00C128A1" w14:paraId="15E55DD8" w14:textId="77777777" w:rsidTr="0064070D">
        <w:trPr>
          <w:jc w:val="center"/>
        </w:trPr>
        <w:tc>
          <w:tcPr>
            <w:tcW w:w="567" w:type="dxa"/>
            <w:vAlign w:val="center"/>
          </w:tcPr>
          <w:p w14:paraId="786D5B1D" w14:textId="77777777" w:rsidR="00C128A1" w:rsidRDefault="00C128A1" w:rsidP="0064070D">
            <w:pPr>
              <w:jc w:val="both"/>
            </w:pPr>
            <w:r>
              <w:rPr>
                <w:sz w:val="17"/>
              </w:rPr>
              <w:t>1</w:t>
            </w:r>
          </w:p>
        </w:tc>
        <w:tc>
          <w:tcPr>
            <w:tcW w:w="2948" w:type="dxa"/>
            <w:vAlign w:val="center"/>
          </w:tcPr>
          <w:p w14:paraId="164D53A9" w14:textId="77777777" w:rsidR="00C128A1" w:rsidRDefault="00C128A1" w:rsidP="0064070D">
            <w:pPr>
              <w:jc w:val="both"/>
            </w:pPr>
            <w:r>
              <w:rPr>
                <w:sz w:val="17"/>
              </w:rPr>
              <w:t xml:space="preserve">ПИ с </w:t>
            </w:r>
            <w:proofErr w:type="spellStart"/>
            <w:r>
              <w:rPr>
                <w:sz w:val="17"/>
              </w:rPr>
              <w:t>идентификатор</w:t>
            </w:r>
            <w:proofErr w:type="spellEnd"/>
            <w:r>
              <w:rPr>
                <w:sz w:val="17"/>
              </w:rPr>
              <w:t xml:space="preserve"> 03366.602.1462, </w:t>
            </w:r>
            <w:proofErr w:type="spellStart"/>
            <w:r>
              <w:rPr>
                <w:sz w:val="17"/>
              </w:rPr>
              <w:t>адрес</w:t>
            </w:r>
            <w:proofErr w:type="spellEnd"/>
            <w:r>
              <w:rPr>
                <w:sz w:val="17"/>
              </w:rPr>
              <w:t xml:space="preserve">: </w:t>
            </w:r>
            <w:proofErr w:type="spellStart"/>
            <w:r>
              <w:rPr>
                <w:sz w:val="17"/>
              </w:rPr>
              <w:t>гр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Белене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ул</w:t>
            </w:r>
            <w:proofErr w:type="spellEnd"/>
            <w:r>
              <w:rPr>
                <w:sz w:val="17"/>
              </w:rPr>
              <w:t>. „</w:t>
            </w:r>
            <w:proofErr w:type="spellStart"/>
            <w:r>
              <w:rPr>
                <w:sz w:val="17"/>
              </w:rPr>
              <w:t>Иван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Вазов</w:t>
            </w:r>
            <w:proofErr w:type="spellEnd"/>
            <w:r>
              <w:rPr>
                <w:sz w:val="17"/>
              </w:rPr>
              <w:t xml:space="preserve">“ № 8, УПИ IV, </w:t>
            </w:r>
            <w:proofErr w:type="spellStart"/>
            <w:r>
              <w:rPr>
                <w:sz w:val="17"/>
              </w:rPr>
              <w:t>стр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кв</w:t>
            </w:r>
            <w:proofErr w:type="spellEnd"/>
            <w:r>
              <w:rPr>
                <w:sz w:val="17"/>
              </w:rPr>
              <w:t xml:space="preserve">. 42, </w:t>
            </w:r>
            <w:proofErr w:type="spellStart"/>
            <w:r>
              <w:rPr>
                <w:sz w:val="17"/>
              </w:rPr>
              <w:t>площ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</w:t>
            </w:r>
            <w:proofErr w:type="spellEnd"/>
            <w:r>
              <w:rPr>
                <w:sz w:val="17"/>
              </w:rPr>
              <w:t xml:space="preserve"> ПИ – 4 244 </w:t>
            </w:r>
            <w:proofErr w:type="spellStart"/>
            <w:r>
              <w:rPr>
                <w:sz w:val="17"/>
              </w:rPr>
              <w:t>кв.м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частна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общинска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собственост</w:t>
            </w:r>
            <w:proofErr w:type="spellEnd"/>
            <w:r>
              <w:rPr>
                <w:sz w:val="17"/>
              </w:rPr>
              <w:t>, АЧОС № 3054/13.10.2020 г.</w:t>
            </w:r>
          </w:p>
        </w:tc>
        <w:tc>
          <w:tcPr>
            <w:tcW w:w="3118" w:type="dxa"/>
            <w:vAlign w:val="center"/>
          </w:tcPr>
          <w:p w14:paraId="2F8F3211" w14:textId="77777777" w:rsidR="00C128A1" w:rsidRDefault="00C128A1" w:rsidP="0064070D">
            <w:pPr>
              <w:jc w:val="both"/>
            </w:pPr>
            <w:proofErr w:type="spellStart"/>
            <w:r>
              <w:rPr>
                <w:sz w:val="17"/>
              </w:rPr>
              <w:t>Възмездно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право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пристрояване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допълнително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право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строеж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за</w:t>
            </w:r>
            <w:proofErr w:type="spellEnd"/>
            <w:r>
              <w:rPr>
                <w:sz w:val="17"/>
              </w:rPr>
              <w:t xml:space="preserve"> 3</w:t>
            </w:r>
            <w:r>
              <w:rPr>
                <w:sz w:val="17"/>
                <w:lang w:val="bg-BG"/>
              </w:rPr>
              <w:t>2,40</w:t>
            </w:r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кв.м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към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съществуващ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търговски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обект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сграда</w:t>
            </w:r>
            <w:proofErr w:type="spellEnd"/>
            <w:r>
              <w:rPr>
                <w:sz w:val="17"/>
              </w:rPr>
              <w:t xml:space="preserve"> с </w:t>
            </w:r>
            <w:proofErr w:type="spellStart"/>
            <w:r>
              <w:rPr>
                <w:sz w:val="17"/>
              </w:rPr>
              <w:t>идентификатор</w:t>
            </w:r>
            <w:proofErr w:type="spellEnd"/>
            <w:r>
              <w:rPr>
                <w:sz w:val="17"/>
              </w:rPr>
              <w:t xml:space="preserve"> 03366.602.1462.8, ЗП 81 </w:t>
            </w:r>
            <w:proofErr w:type="spellStart"/>
            <w:r>
              <w:rPr>
                <w:sz w:val="17"/>
              </w:rPr>
              <w:t>кв.м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2948" w:type="dxa"/>
            <w:vAlign w:val="center"/>
          </w:tcPr>
          <w:p w14:paraId="23808E72" w14:textId="77777777" w:rsidR="00C128A1" w:rsidRDefault="00C128A1" w:rsidP="0064070D">
            <w:pPr>
              <w:jc w:val="both"/>
            </w:pPr>
            <w:proofErr w:type="spellStart"/>
            <w:r>
              <w:rPr>
                <w:sz w:val="17"/>
              </w:rPr>
              <w:t>Без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търг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конкурс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собственика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сградата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при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условията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чл</w:t>
            </w:r>
            <w:proofErr w:type="spellEnd"/>
            <w:r>
              <w:rPr>
                <w:sz w:val="17"/>
              </w:rPr>
              <w:t xml:space="preserve">. 38, </w:t>
            </w:r>
            <w:proofErr w:type="spellStart"/>
            <w:r>
              <w:rPr>
                <w:sz w:val="17"/>
              </w:rPr>
              <w:t>ал</w:t>
            </w:r>
            <w:proofErr w:type="spellEnd"/>
            <w:r>
              <w:rPr>
                <w:sz w:val="17"/>
              </w:rPr>
              <w:t xml:space="preserve">. 2 ЗОС и </w:t>
            </w:r>
            <w:proofErr w:type="spellStart"/>
            <w:r>
              <w:rPr>
                <w:sz w:val="17"/>
              </w:rPr>
              <w:t>чл</w:t>
            </w:r>
            <w:proofErr w:type="spellEnd"/>
            <w:r>
              <w:rPr>
                <w:sz w:val="17"/>
              </w:rPr>
              <w:t xml:space="preserve">. 76, </w:t>
            </w:r>
            <w:proofErr w:type="spellStart"/>
            <w:r>
              <w:rPr>
                <w:sz w:val="17"/>
              </w:rPr>
              <w:t>ал</w:t>
            </w:r>
            <w:proofErr w:type="spellEnd"/>
            <w:r>
              <w:rPr>
                <w:sz w:val="17"/>
              </w:rPr>
              <w:t xml:space="preserve">. 2 и </w:t>
            </w:r>
            <w:proofErr w:type="spellStart"/>
            <w:r>
              <w:rPr>
                <w:sz w:val="17"/>
              </w:rPr>
              <w:t>ал</w:t>
            </w:r>
            <w:proofErr w:type="spellEnd"/>
            <w:r>
              <w:rPr>
                <w:sz w:val="17"/>
              </w:rPr>
              <w:t xml:space="preserve">. 4 </w:t>
            </w:r>
            <w:proofErr w:type="spellStart"/>
            <w:r>
              <w:rPr>
                <w:sz w:val="17"/>
              </w:rPr>
              <w:t>от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Наредбата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цена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по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пазарна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оценка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не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по-ниска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от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данъчната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оценка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1B4DE450" w14:textId="77777777" w:rsidR="00C128A1" w:rsidRDefault="00C128A1" w:rsidP="00C128A1">
      <w:pPr>
        <w:spacing w:after="120"/>
        <w:ind w:firstLine="709"/>
        <w:jc w:val="both"/>
      </w:pPr>
    </w:p>
    <w:p w14:paraId="2F787C90" w14:textId="720678E8" w:rsidR="00A55B95" w:rsidRDefault="00C128A1" w:rsidP="00B10B98">
      <w:pPr>
        <w:contextualSpacing/>
        <w:jc w:val="both"/>
        <w:rPr>
          <w:lang w:val="bg-BG"/>
        </w:rPr>
      </w:pPr>
      <w:r>
        <w:t xml:space="preserve">§ 2. </w:t>
      </w:r>
      <w:proofErr w:type="spellStart"/>
      <w:r w:rsidR="00A55B95" w:rsidRPr="00A55B95">
        <w:t>Актуализацията</w:t>
      </w:r>
      <w:proofErr w:type="spellEnd"/>
      <w:r w:rsidR="00A55B95" w:rsidRPr="00A55B95">
        <w:t xml:space="preserve"> </w:t>
      </w:r>
      <w:proofErr w:type="spellStart"/>
      <w:r w:rsidR="00A55B95" w:rsidRPr="00A55B95">
        <w:t>влиза</w:t>
      </w:r>
      <w:proofErr w:type="spellEnd"/>
      <w:r w:rsidR="00A55B95" w:rsidRPr="00A55B95">
        <w:t xml:space="preserve"> в </w:t>
      </w:r>
      <w:proofErr w:type="spellStart"/>
      <w:r w:rsidR="00A55B95" w:rsidRPr="00A55B95">
        <w:t>сила</w:t>
      </w:r>
      <w:proofErr w:type="spellEnd"/>
      <w:r w:rsidR="00A55B95" w:rsidRPr="00A55B95">
        <w:t xml:space="preserve"> в 3-дневен </w:t>
      </w:r>
      <w:proofErr w:type="spellStart"/>
      <w:r w:rsidR="00A55B95" w:rsidRPr="00A55B95">
        <w:t>срок</w:t>
      </w:r>
      <w:proofErr w:type="spellEnd"/>
      <w:r w:rsidR="00A55B95" w:rsidRPr="00A55B95">
        <w:t xml:space="preserve"> </w:t>
      </w:r>
      <w:proofErr w:type="spellStart"/>
      <w:r w:rsidR="00A55B95" w:rsidRPr="00A55B95">
        <w:t>от</w:t>
      </w:r>
      <w:proofErr w:type="spellEnd"/>
      <w:r w:rsidR="00A55B95" w:rsidRPr="00A55B95">
        <w:t xml:space="preserve"> </w:t>
      </w:r>
      <w:proofErr w:type="spellStart"/>
      <w:r w:rsidR="00A55B95" w:rsidRPr="00A55B95">
        <w:t>публикуването</w:t>
      </w:r>
      <w:proofErr w:type="spellEnd"/>
      <w:r w:rsidR="00A55B95" w:rsidRPr="00A55B95">
        <w:t xml:space="preserve"> й </w:t>
      </w:r>
      <w:proofErr w:type="spellStart"/>
      <w:r w:rsidR="00A55B95" w:rsidRPr="00A55B95">
        <w:t>на</w:t>
      </w:r>
      <w:proofErr w:type="spellEnd"/>
      <w:r w:rsidR="00A55B95" w:rsidRPr="00A55B95">
        <w:t xml:space="preserve"> </w:t>
      </w:r>
      <w:proofErr w:type="spellStart"/>
      <w:r w:rsidR="00A55B95" w:rsidRPr="00A55B95">
        <w:t>официалната</w:t>
      </w:r>
      <w:proofErr w:type="spellEnd"/>
      <w:r w:rsidR="00A55B95" w:rsidRPr="00A55B95">
        <w:t xml:space="preserve"> </w:t>
      </w:r>
      <w:proofErr w:type="spellStart"/>
      <w:r w:rsidR="00A55B95" w:rsidRPr="00A55B95">
        <w:t>интернет-страница</w:t>
      </w:r>
      <w:proofErr w:type="spellEnd"/>
      <w:r w:rsidR="00A55B95" w:rsidRPr="00A55B95">
        <w:t xml:space="preserve"> </w:t>
      </w:r>
      <w:proofErr w:type="spellStart"/>
      <w:r w:rsidR="00A55B95" w:rsidRPr="00A55B95">
        <w:t>на</w:t>
      </w:r>
      <w:proofErr w:type="spellEnd"/>
      <w:r w:rsidR="00A55B95" w:rsidRPr="00A55B95">
        <w:t xml:space="preserve"> </w:t>
      </w:r>
      <w:proofErr w:type="spellStart"/>
      <w:r w:rsidR="00A55B95" w:rsidRPr="00A55B95">
        <w:t>Община</w:t>
      </w:r>
      <w:proofErr w:type="spellEnd"/>
      <w:r w:rsidR="00A55B95" w:rsidRPr="00A55B95">
        <w:t xml:space="preserve"> </w:t>
      </w:r>
      <w:r w:rsidR="00A55B95" w:rsidRPr="00A55B95">
        <w:rPr>
          <w:lang w:val="bg-BG"/>
        </w:rPr>
        <w:t>Белене</w:t>
      </w:r>
      <w:r w:rsidR="00A55B95" w:rsidRPr="00A55B95">
        <w:t>.</w:t>
      </w:r>
    </w:p>
    <w:p w14:paraId="563FAD7B" w14:textId="77777777" w:rsidR="00A33FED" w:rsidRDefault="00A33FED" w:rsidP="00B10B98">
      <w:pPr>
        <w:contextualSpacing/>
        <w:jc w:val="both"/>
        <w:rPr>
          <w:lang w:val="bg-BG"/>
        </w:rPr>
      </w:pPr>
    </w:p>
    <w:p w14:paraId="27EE177A" w14:textId="77777777" w:rsidR="00A33FED" w:rsidRPr="00A33FED" w:rsidRDefault="00A33FED" w:rsidP="00A33FED">
      <w:pPr>
        <w:spacing w:after="0" w:line="240" w:lineRule="auto"/>
        <w:rPr>
          <w:b/>
        </w:rPr>
      </w:pPr>
      <w:proofErr w:type="spellStart"/>
      <w:r w:rsidRPr="00A33FED">
        <w:rPr>
          <w:b/>
        </w:rPr>
        <w:t>Вносител</w:t>
      </w:r>
      <w:proofErr w:type="spellEnd"/>
      <w:r w:rsidRPr="00A33FED">
        <w:rPr>
          <w:b/>
        </w:rPr>
        <w:t xml:space="preserve">: </w:t>
      </w:r>
    </w:p>
    <w:p w14:paraId="7407590B" w14:textId="12E56FFC" w:rsidR="00A33FED" w:rsidRPr="00A33FED" w:rsidRDefault="00A33FED" w:rsidP="00A33FED">
      <w:pPr>
        <w:spacing w:after="0" w:line="240" w:lineRule="auto"/>
        <w:ind w:right="-180"/>
        <w:jc w:val="both"/>
        <w:rPr>
          <w:b/>
          <w:i/>
        </w:rPr>
      </w:pPr>
      <w:r>
        <w:rPr>
          <w:b/>
          <w:lang w:val="bg-BG"/>
        </w:rPr>
        <w:t xml:space="preserve">Милен </w:t>
      </w:r>
      <w:proofErr w:type="spellStart"/>
      <w:r>
        <w:rPr>
          <w:b/>
          <w:lang w:val="bg-BG"/>
        </w:rPr>
        <w:t>Дулев</w:t>
      </w:r>
      <w:proofErr w:type="spellEnd"/>
      <w:r w:rsidRPr="00A33FED">
        <w:rPr>
          <w:b/>
          <w:i/>
        </w:rPr>
        <w:t xml:space="preserve"> </w:t>
      </w:r>
    </w:p>
    <w:p w14:paraId="58EFDDE6" w14:textId="41043B6B" w:rsidR="00A33FED" w:rsidRPr="00A33FED" w:rsidRDefault="00A33FED" w:rsidP="00A33FED">
      <w:pPr>
        <w:spacing w:after="0" w:line="240" w:lineRule="auto"/>
        <w:ind w:right="-180"/>
        <w:jc w:val="both"/>
        <w:rPr>
          <w:b/>
          <w:i/>
          <w:lang w:val="bg-BG"/>
        </w:rPr>
      </w:pPr>
      <w:proofErr w:type="spellStart"/>
      <w:r w:rsidRPr="00A33FED">
        <w:rPr>
          <w:i/>
        </w:rPr>
        <w:t>Кмет</w:t>
      </w:r>
      <w:proofErr w:type="spellEnd"/>
      <w:r w:rsidRPr="00A33FED">
        <w:rPr>
          <w:i/>
        </w:rPr>
        <w:t xml:space="preserve"> </w:t>
      </w:r>
      <w:proofErr w:type="spellStart"/>
      <w:r w:rsidRPr="00A33FED">
        <w:rPr>
          <w:i/>
        </w:rPr>
        <w:t>на</w:t>
      </w:r>
      <w:proofErr w:type="spellEnd"/>
      <w:r w:rsidRPr="00A33FED">
        <w:rPr>
          <w:i/>
        </w:rPr>
        <w:t xml:space="preserve"> </w:t>
      </w:r>
      <w:proofErr w:type="spellStart"/>
      <w:r w:rsidRPr="00A33FED">
        <w:rPr>
          <w:i/>
        </w:rPr>
        <w:t>Община</w:t>
      </w:r>
      <w:proofErr w:type="spellEnd"/>
      <w:r w:rsidRPr="00A33FED">
        <w:rPr>
          <w:i/>
        </w:rPr>
        <w:t xml:space="preserve"> </w:t>
      </w:r>
      <w:r>
        <w:rPr>
          <w:i/>
          <w:lang w:val="bg-BG"/>
        </w:rPr>
        <w:t>Белене</w:t>
      </w:r>
    </w:p>
    <w:p w14:paraId="06CD0057" w14:textId="77777777" w:rsidR="00C128A1" w:rsidRPr="00A55B95" w:rsidRDefault="00C128A1" w:rsidP="00CE72D0">
      <w:pPr>
        <w:spacing w:after="120"/>
        <w:jc w:val="both"/>
        <w:rPr>
          <w:lang w:val="bg-BG"/>
        </w:rPr>
      </w:pPr>
    </w:p>
    <w:sectPr w:rsidR="00C128A1" w:rsidRPr="00A55B95" w:rsidSect="00034616">
      <w:pgSz w:w="12240" w:h="15840"/>
      <w:pgMar w:top="1020" w:right="113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6679"/>
    <w:rsid w:val="00024BC3"/>
    <w:rsid w:val="000254D9"/>
    <w:rsid w:val="00034616"/>
    <w:rsid w:val="0006063C"/>
    <w:rsid w:val="000D64F7"/>
    <w:rsid w:val="0015074B"/>
    <w:rsid w:val="00200934"/>
    <w:rsid w:val="0029639D"/>
    <w:rsid w:val="002D20BD"/>
    <w:rsid w:val="00303C88"/>
    <w:rsid w:val="00326F90"/>
    <w:rsid w:val="00347AAD"/>
    <w:rsid w:val="004D57E3"/>
    <w:rsid w:val="0057082F"/>
    <w:rsid w:val="00581CAB"/>
    <w:rsid w:val="00582EE5"/>
    <w:rsid w:val="006A3FD7"/>
    <w:rsid w:val="007B4C37"/>
    <w:rsid w:val="007F035B"/>
    <w:rsid w:val="008525A9"/>
    <w:rsid w:val="008D1745"/>
    <w:rsid w:val="008D6F3C"/>
    <w:rsid w:val="00905049"/>
    <w:rsid w:val="009947EA"/>
    <w:rsid w:val="009C4733"/>
    <w:rsid w:val="00A33FED"/>
    <w:rsid w:val="00A55B95"/>
    <w:rsid w:val="00A76CC8"/>
    <w:rsid w:val="00AA1D8D"/>
    <w:rsid w:val="00AF7F0B"/>
    <w:rsid w:val="00B10B98"/>
    <w:rsid w:val="00B47730"/>
    <w:rsid w:val="00B95E8E"/>
    <w:rsid w:val="00BD45C1"/>
    <w:rsid w:val="00C10DCB"/>
    <w:rsid w:val="00C128A1"/>
    <w:rsid w:val="00C45068"/>
    <w:rsid w:val="00CB0664"/>
    <w:rsid w:val="00CE1591"/>
    <w:rsid w:val="00CE72D0"/>
    <w:rsid w:val="00DF1E70"/>
    <w:rsid w:val="00E32283"/>
    <w:rsid w:val="00E767FA"/>
    <w:rsid w:val="00EB07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9022C"/>
  <w14:defaultImageDpi w14:val="300"/>
  <w15:docId w15:val="{8E5C62B7-1687-43FB-818D-59964B678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7F03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7F035B"/>
    <w:rPr>
      <w:rFonts w:ascii="Segoe UI" w:eastAsia="Times New Roman" w:hAnsi="Segoe UI" w:cs="Segoe UI"/>
      <w:sz w:val="18"/>
      <w:szCs w:val="18"/>
    </w:rPr>
  </w:style>
  <w:style w:type="paragraph" w:styleId="affc">
    <w:name w:val="Normal (Web)"/>
    <w:basedOn w:val="a1"/>
    <w:rsid w:val="00C45068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C370C3-7C55-46EF-A17F-C734E7DC8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1181</Words>
  <Characters>6736</Characters>
  <Application>Microsoft Office Word</Application>
  <DocSecurity>0</DocSecurity>
  <Lines>56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PC2</cp:lastModifiedBy>
  <cp:revision>40</cp:revision>
  <cp:lastPrinted>2026-09-08T07:42:00Z</cp:lastPrinted>
  <dcterms:created xsi:type="dcterms:W3CDTF">2013-12-23T23:15:00Z</dcterms:created>
  <dcterms:modified xsi:type="dcterms:W3CDTF">2026-09-08T10:18:00Z</dcterms:modified>
  <cp:category/>
</cp:coreProperties>
</file>